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2002A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比值</w:t>
      </w:r>
    </w:p>
    <w:p>
      <w:pPr>
        <w:spacing w:before="0" w:after="80" w:line="300" w:lineRule="auto"/>
        <w:jc w:val="left"/>
      </w:pPr>
      <w:r>
        <w:rPr>
          <w:rFonts w:ascii="Times New Roman" w:hAnsi="Times New Roman" w:eastAsia="宋体"/>
          <w:b w:val="0"/>
          <w:i w:val="0"/>
          <w:sz w:val="21"/>
        </w:rPr>
        <w:t>10²⁰⁰⁰+10²⁰⁰²/10²⁰⁰¹+10²⁰⁰¹</w:t>
      </w:r>
    </w:p>
    <w:p>
      <w:pPr>
        <w:spacing w:before="0" w:after="80" w:line="300" w:lineRule="auto"/>
        <w:jc w:val="left"/>
      </w:pPr>
      <w:r>
        <w:rPr>
          <w:rFonts w:ascii="Times New Roman" w:hAnsi="Times New Roman" w:eastAsia="宋体"/>
          <w:b w:val="0"/>
          <w:i w:val="0"/>
          <w:sz w:val="21"/>
        </w:rPr>
        <w:t>最接近下列哪个数？</w:t>
      </w:r>
    </w:p>
    <w:p>
      <w:pPr>
        <w:spacing w:before="0" w:after="120" w:line="300" w:lineRule="auto"/>
      </w:pPr>
      <w:r>
        <w:rPr>
          <w:rFonts w:ascii="Times New Roman" w:hAnsi="Times New Roman" w:eastAsia="宋体"/>
          <w:b w:val="0"/>
          <w:i w:val="0"/>
          <w:sz w:val="21"/>
        </w:rPr>
        <w:t>（A）0.1　　（B）0.2　　（C）1　　（D）5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w:t>
      </w:r>
    </w:p>
    <w:p>
      <w:pPr>
        <w:spacing w:before="0" w:after="80" w:line="300" w:lineRule="auto"/>
        <w:jc w:val="left"/>
      </w:pPr>
      <w:r>
        <w:rPr>
          <w:rFonts w:ascii="Times New Roman" w:hAnsi="Times New Roman" w:eastAsia="宋体"/>
          <w:b w:val="0"/>
          <w:i w:val="0"/>
          <w:color w:val="333333"/>
          <w:sz w:val="19"/>
        </w:rPr>
        <w:t>10²⁰⁰⁰+10²⁰⁰²/10²⁰⁰¹+10²⁰⁰¹</w:t>
      </w:r>
    </w:p>
    <w:p>
      <w:pPr>
        <w:spacing w:before="0" w:after="80" w:line="300" w:lineRule="auto"/>
        <w:jc w:val="left"/>
      </w:pPr>
      <w:r>
        <w:rPr>
          <w:rFonts w:ascii="Times New Roman" w:hAnsi="Times New Roman" w:eastAsia="宋体"/>
          <w:b w:val="0"/>
          <w:i w:val="0"/>
          <w:color w:val="333333"/>
          <w:sz w:val="19"/>
        </w:rPr>
        <w:t>is closest to which of the following numbers?</w:t>
      </w:r>
    </w:p>
    <w:p>
      <w:pPr>
        <w:spacing w:before="0" w:after="160" w:line="300" w:lineRule="auto"/>
      </w:pPr>
      <w:r>
        <w:rPr>
          <w:rFonts w:ascii="Times New Roman" w:hAnsi="Times New Roman" w:eastAsia="宋体"/>
          <w:b w:val="0"/>
          <w:i w:val="0"/>
          <w:color w:val="333333"/>
          <w:sz w:val="19"/>
        </w:rPr>
        <w:t>(A) 0.1　　(B) 0.2　　(C) 1　　(D) 5　　(E) 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对非零数 a、b、c，定义</w:t>
      </w:r>
    </w:p>
    <w:p>
      <w:pPr>
        <w:spacing w:before="0" w:after="80" w:line="300" w:lineRule="auto"/>
        <w:jc w:val="left"/>
      </w:pPr>
      <w:r>
        <w:rPr>
          <w:rFonts w:ascii="Times New Roman" w:hAnsi="Times New Roman" w:eastAsia="宋体"/>
          <w:b w:val="0"/>
          <w:i w:val="0"/>
          <w:sz w:val="21"/>
        </w:rPr>
        <w:t>(a,b,c)=a/b+b/c+c/a。</w:t>
      </w:r>
    </w:p>
    <w:p>
      <w:pPr>
        <w:spacing w:before="0" w:after="80" w:line="300" w:lineRule="auto"/>
        <w:jc w:val="left"/>
      </w:pPr>
      <w:r>
        <w:rPr>
          <w:rFonts w:ascii="Times New Roman" w:hAnsi="Times New Roman" w:eastAsia="宋体"/>
          <w:b w:val="0"/>
          <w:i w:val="0"/>
          <w:sz w:val="21"/>
        </w:rPr>
        <w:t>求 (2,12,9)。</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nonzero numbers a, b, and c, define</w:t>
      </w:r>
    </w:p>
    <w:p>
      <w:pPr>
        <w:spacing w:before="0" w:after="80" w:line="300" w:lineRule="auto"/>
        <w:jc w:val="left"/>
      </w:pPr>
      <w:r>
        <w:rPr>
          <w:rFonts w:ascii="Times New Roman" w:hAnsi="Times New Roman" w:eastAsia="宋体"/>
          <w:b w:val="0"/>
          <w:i w:val="0"/>
          <w:color w:val="333333"/>
          <w:sz w:val="19"/>
        </w:rPr>
        <w:t>(a,b,c)=a/b+b/c+c/a.</w:t>
      </w:r>
    </w:p>
    <w:p>
      <w:pPr>
        <w:spacing w:before="0" w:after="80" w:line="300" w:lineRule="auto"/>
        <w:jc w:val="left"/>
      </w:pPr>
      <w:r>
        <w:rPr>
          <w:rFonts w:ascii="Times New Roman" w:hAnsi="Times New Roman" w:eastAsia="宋体"/>
          <w:b w:val="0"/>
          <w:i w:val="0"/>
          <w:color w:val="333333"/>
          <w:sz w:val="19"/>
        </w:rPr>
        <w:t>Find (2,12,9).</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按照指数运算的标准约定，</w:t>
      </w:r>
    </w:p>
    <w:p>
      <w:pPr>
        <w:spacing w:before="0" w:after="80" w:line="300" w:lineRule="auto"/>
        <w:jc w:val="left"/>
      </w:pPr>
      <w:r>
        <w:rPr>
          <w:rFonts w:ascii="Times New Roman" w:hAnsi="Times New Roman" w:eastAsia="宋体"/>
          <w:b w:val="0"/>
          <w:i w:val="0"/>
          <w:sz w:val="21"/>
        </w:rPr>
        <w:t>2^(2^(2²))=2^((2^((2²))))=2¹⁶=65,536。</w:t>
      </w:r>
    </w:p>
    <w:p>
      <w:pPr>
        <w:spacing w:before="0" w:after="80" w:line="300" w:lineRule="auto"/>
        <w:jc w:val="left"/>
      </w:pPr>
      <w:r>
        <w:rPr>
          <w:rFonts w:ascii="Times New Roman" w:hAnsi="Times New Roman" w:eastAsia="宋体"/>
          <w:b w:val="0"/>
          <w:i w:val="0"/>
          <w:sz w:val="21"/>
        </w:rPr>
        <w:t>如果改变指数运算的执行顺序，还可能得到多少个其他值？</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According to the standard convention for exponentiation,</w:t>
      </w:r>
    </w:p>
    <w:p>
      <w:pPr>
        <w:spacing w:before="0" w:after="80" w:line="300" w:lineRule="auto"/>
        <w:jc w:val="left"/>
      </w:pPr>
      <w:r>
        <w:rPr>
          <w:rFonts w:ascii="Times New Roman" w:hAnsi="Times New Roman" w:eastAsia="宋体"/>
          <w:b w:val="0"/>
          <w:i w:val="0"/>
          <w:color w:val="333333"/>
          <w:sz w:val="19"/>
        </w:rPr>
        <w:t>2^(2^(2²))=2^((2^((2²))))=2¹⁶=65,536.</w:t>
      </w:r>
    </w:p>
    <w:p>
      <w:pPr>
        <w:spacing w:before="0" w:after="80" w:line="300" w:lineRule="auto"/>
        <w:jc w:val="left"/>
      </w:pPr>
      <w:r>
        <w:rPr>
          <w:rFonts w:ascii="Times New Roman" w:hAnsi="Times New Roman" w:eastAsia="宋体"/>
          <w:b w:val="0"/>
          <w:i w:val="0"/>
          <w:color w:val="333333"/>
          <w:sz w:val="19"/>
        </w:rPr>
        <w:t>If the order in which the exponentiations are performed is changed, how many</w:t>
      </w:r>
      <w:r>
        <w:rPr>
          <w:rFonts w:ascii="Times New Roman" w:hAnsi="Times New Roman" w:eastAsia="宋体"/>
          <w:b w:val="0"/>
          <w:i/>
          <w:color w:val="333333"/>
          <w:sz w:val="19"/>
        </w:rPr>
        <w:t>other</w:t>
      </w:r>
      <w:r>
        <w:rPr>
          <w:rFonts w:ascii="Times New Roman" w:hAnsi="Times New Roman" w:eastAsia="宋体"/>
          <w:b w:val="0"/>
          <w:i w:val="0"/>
          <w:color w:val="333333"/>
          <w:sz w:val="19"/>
        </w:rPr>
        <w:t>values are possible?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有多少个正整数 m 满足：存在至少一个正整数 n，使得 m· n≤ m+n？</w:t>
      </w:r>
    </w:p>
    <w:p>
      <w:pPr>
        <w:spacing w:before="0" w:after="120" w:line="300" w:lineRule="auto"/>
      </w:pPr>
      <w:r>
        <w:rPr>
          <w:rFonts w:ascii="Times New Roman" w:hAnsi="Times New Roman" w:eastAsia="宋体"/>
          <w:b w:val="0"/>
          <w:i w:val="0"/>
          <w:sz w:val="21"/>
        </w:rPr>
        <w:t>（A）4　　（B）6　　（C）9　　（D）12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m does there exist at least one positive integer n such that m· n≤ m+n?</w:t>
      </w:r>
    </w:p>
    <w:p>
      <w:pPr>
        <w:spacing w:before="0" w:after="160" w:line="300" w:lineRule="auto"/>
      </w:pPr>
      <w:r>
        <w:rPr>
          <w:rFonts w:ascii="Times New Roman" w:hAnsi="Times New Roman" w:eastAsia="宋体"/>
          <w:b w:val="0"/>
          <w:i w:val="0"/>
          <w:color w:val="333333"/>
          <w:sz w:val="19"/>
        </w:rPr>
        <w:t>(A) 4　　(B) 6　　(C) 9　　(D) 12　　(E) infinitely many</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图中每个小圆的半径都是一。最里面的圆与围绕它的六个圆相切，这六个圆中的每个又与大圆以及相邻的小圆相切。求阴影区域的面积。</w:t>
      </w:r>
    </w:p>
    <w:p>
      <w:pPr>
        <w:spacing w:before="80" w:after="80"/>
        <w:jc w:val="center"/>
      </w:pPr>
      <w:r>
        <w:drawing>
          <wp:inline xmlns:a="http://schemas.openxmlformats.org/drawingml/2006/main" xmlns:pic="http://schemas.openxmlformats.org/drawingml/2006/picture">
            <wp:extent cx="1956699" cy="1956699"/>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956699" cy="1956699"/>
                    </a:xfrm>
                    <a:prstGeom prst="rect"/>
                  </pic:spPr>
                </pic:pic>
              </a:graphicData>
            </a:graphic>
          </wp:inline>
        </w:drawing>
      </w:r>
    </w:p>
    <w:p>
      <w:pPr>
        <w:spacing w:before="0" w:after="120" w:line="300" w:lineRule="auto"/>
      </w:pPr>
      <w:r>
        <w:rPr>
          <w:rFonts w:ascii="Times New Roman" w:hAnsi="Times New Roman" w:eastAsia="宋体"/>
          <w:b w:val="0"/>
          <w:i w:val="0"/>
          <w:sz w:val="21"/>
        </w:rPr>
        <w:t>（A）π　　（B）1.5π　　（C）2π　　（D）3π　　（E）3.5π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small circles in the figure has radius one. The innermost circle is tangent to the six circles that surround it, and each of those circles is tangent to the large circle and to its small-circle neighbors. Find the area of the shaded region.</w:t>
      </w:r>
    </w:p>
    <w:p>
      <w:pPr>
        <w:spacing w:before="80" w:after="80"/>
        <w:jc w:val="center"/>
      </w:pPr>
      <w:r>
        <w:drawing>
          <wp:inline xmlns:a="http://schemas.openxmlformats.org/drawingml/2006/main" xmlns:pic="http://schemas.openxmlformats.org/drawingml/2006/picture">
            <wp:extent cx="1956699" cy="1956699"/>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956699" cy="1956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　　(B) 1.5π　　(C) 2π　　(D) 3π　　(E) 3.5π</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老师要求 Cindy 从某个数中减去 3，再将结果除以 9。但她却先减去 9，再将结果除以 3，得到答案 43。如果她按正确步骤计算，答案应是多少？</w:t>
      </w:r>
    </w:p>
    <w:p>
      <w:pPr>
        <w:spacing w:before="0" w:after="120" w:line="300" w:lineRule="auto"/>
      </w:pPr>
      <w:r>
        <w:rPr>
          <w:rFonts w:ascii="Times New Roman" w:hAnsi="Times New Roman" w:eastAsia="宋体"/>
          <w:b w:val="0"/>
          <w:i w:val="0"/>
          <w:sz w:val="21"/>
        </w:rPr>
        <w:t>（A）15　　（B）34　　（C）43　　（D）51　　（E）138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Cindy was asked by her teacher to subtract 3 from a certain number and then divide the result by 9. Instead, she subtracted 9 and then divided the result by 3, giving an answer of 43. What would her answer have been had she worked the problem correctly?</w:t>
      </w:r>
    </w:p>
    <w:p>
      <w:pPr>
        <w:spacing w:before="0" w:after="160" w:line="300" w:lineRule="auto"/>
      </w:pPr>
      <w:r>
        <w:rPr>
          <w:rFonts w:ascii="Times New Roman" w:hAnsi="Times New Roman" w:eastAsia="宋体"/>
          <w:b w:val="0"/>
          <w:i w:val="0"/>
          <w:color w:val="333333"/>
          <w:sz w:val="19"/>
        </w:rPr>
        <w:t>(A) 15　　(B) 34　　(C) 43　　(D) 51　　(E) 138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若圆 A 上 45° 的弧长等于圆 B 上 30° 的弧长，则圆 A 的面积与圆 B 的面积之比为</w:t>
      </w:r>
    </w:p>
    <w:p>
      <w:pPr>
        <w:spacing w:before="0" w:after="120" w:line="300" w:lineRule="auto"/>
      </w:pPr>
      <w:r>
        <w:rPr>
          <w:rFonts w:ascii="Times New Roman" w:hAnsi="Times New Roman" w:eastAsia="宋体"/>
          <w:b w:val="0"/>
          <w:i w:val="0"/>
          <w:sz w:val="21"/>
        </w:rPr>
        <w:t>（A）4/9　　（B）2/3　　（C）5/6　　（D）3/2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arc of 45° on circle A has the same length as an arc of 30° on circle B, then the ratio of the area of circle A to the area of circle B is</w:t>
      </w:r>
    </w:p>
    <w:p>
      <w:pPr>
        <w:spacing w:before="0" w:after="160" w:line="300" w:lineRule="auto"/>
      </w:pPr>
      <w:r>
        <w:rPr>
          <w:rFonts w:ascii="Times New Roman" w:hAnsi="Times New Roman" w:eastAsia="宋体"/>
          <w:b w:val="0"/>
          <w:i w:val="0"/>
          <w:color w:val="333333"/>
          <w:sz w:val="19"/>
        </w:rPr>
        <w:t>(A) 4/9　　(B) 2/3　　(C) 5/6　　(D) 3/2　　(E) 9/4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Betsy 用蓝色三角形、小白色正方形和红色中心正方形设计了一面旗帜，如图所示。设 B 为蓝色三角形总面积，W 为白色正方形总面积，R 为红色正方形面积。下列哪一项正确？</w:t>
      </w:r>
    </w:p>
    <w:p>
      <w:pPr>
        <w:spacing w:before="80" w:after="80"/>
        <w:jc w:val="center"/>
      </w:pPr>
      <w:r>
        <w:drawing>
          <wp:inline xmlns:a="http://schemas.openxmlformats.org/drawingml/2006/main" xmlns:pic="http://schemas.openxmlformats.org/drawingml/2006/picture">
            <wp:extent cx="1956699" cy="1956699"/>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956699" cy="1956699"/>
                    </a:xfrm>
                    <a:prstGeom prst="rect"/>
                  </pic:spPr>
                </pic:pic>
              </a:graphicData>
            </a:graphic>
          </wp:inline>
        </w:drawing>
      </w:r>
    </w:p>
    <w:p>
      <w:pPr>
        <w:spacing w:before="0" w:after="120" w:line="300" w:lineRule="auto"/>
      </w:pPr>
      <w:r>
        <w:rPr>
          <w:rFonts w:ascii="Times New Roman" w:hAnsi="Times New Roman" w:eastAsia="宋体"/>
          <w:b w:val="0"/>
          <w:i w:val="0"/>
          <w:sz w:val="21"/>
        </w:rPr>
        <w:t>（A）B=W　　（B）W=R　　（C）B=R　　（D）3B=2R　　（E）2R=W</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Betsy designed a flag using blue triangles, small white squares, and a red center square, as shown. Let B be the total area of the blue triangles, W the total area of the white squares, and R the area of the red square. Which of the following is correct?</w:t>
      </w:r>
    </w:p>
    <w:p>
      <w:pPr>
        <w:spacing w:before="80" w:after="80"/>
        <w:jc w:val="center"/>
      </w:pPr>
      <w:r>
        <w:drawing>
          <wp:inline xmlns:a="http://schemas.openxmlformats.org/drawingml/2006/main" xmlns:pic="http://schemas.openxmlformats.org/drawingml/2006/picture">
            <wp:extent cx="1956699" cy="1956699"/>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1956699" cy="1956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B=W　　(B) W=R　　(C) B=R　　(D) 3B=2R　　(E) 2R=W</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假设 A、B、C 是三个数，满足 1001C-2002A=4004 和 1001B+3003A=5005。这三个数 A、B、C 的平均数是多少？</w:t>
      </w:r>
    </w:p>
    <w:p>
      <w:pPr>
        <w:spacing w:before="0" w:after="120" w:line="300" w:lineRule="auto"/>
      </w:pPr>
      <w:r>
        <w:rPr>
          <w:rFonts w:ascii="Times New Roman" w:hAnsi="Times New Roman" w:eastAsia="宋体"/>
          <w:b w:val="0"/>
          <w:i w:val="0"/>
          <w:sz w:val="21"/>
        </w:rPr>
        <w:t>（A）1　　（B）3　　（C）6　　（D）9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three numbers for which 1001C-2002A=4004 and 1001B+3003A=5005. The average of the three numbers A, B, and C is</w:t>
      </w:r>
    </w:p>
    <w:p>
      <w:pPr>
        <w:spacing w:before="0" w:after="160" w:line="300" w:lineRule="auto"/>
      </w:pPr>
      <w:r>
        <w:rPr>
          <w:rFonts w:ascii="Times New Roman" w:hAnsi="Times New Roman" w:eastAsia="宋体"/>
          <w:b w:val="0"/>
          <w:i w:val="0"/>
          <w:color w:val="333333"/>
          <w:sz w:val="19"/>
        </w:rPr>
        <w:t>(A) 1　　(B) 3　　(C) 6　　(D) 9　　(E) not uniquely determined</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求方程 (2x+3)(x-4) +(2x+3)(x-6)=0 的所有根之和。</w:t>
      </w:r>
    </w:p>
    <w:p>
      <w:pPr>
        <w:spacing w:before="0" w:after="120" w:line="300" w:lineRule="auto"/>
      </w:pPr>
      <w:r>
        <w:rPr>
          <w:rFonts w:ascii="Times New Roman" w:hAnsi="Times New Roman" w:eastAsia="宋体"/>
          <w:b w:val="0"/>
          <w:i w:val="0"/>
          <w:sz w:val="21"/>
        </w:rPr>
        <w:t>（A）7/2　　（B）4　　（C）5　　（D）7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Compute the sum of all the roots of (2x+3)(x-4) +(2x+3)(x-6)=0.</w:t>
      </w:r>
    </w:p>
    <w:p>
      <w:pPr>
        <w:spacing w:before="0" w:after="160" w:line="300" w:lineRule="auto"/>
      </w:pPr>
      <w:r>
        <w:rPr>
          <w:rFonts w:ascii="Times New Roman" w:hAnsi="Times New Roman" w:eastAsia="宋体"/>
          <w:b w:val="0"/>
          <w:i w:val="0"/>
          <w:color w:val="333333"/>
          <w:sz w:val="19"/>
        </w:rPr>
        <w:t>(A) 7/2　　(B) 4　　(C) 5　　(D) 7　　(E) 13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Jamal 想把 30 个电脑文件存到软盘上，每张软盘容量为 1.44 兆字节（MB）。其中三个文件各需要 0.8 MB，另有 12 个各需要 0.7 MB，剩下 15 个各需要 0.4 MB。一个文件不能拆分到多张软盘上。最少需要多少张软盘？</w:t>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Jamal wants to store 30 computer files on floppy disks, each of which has a capacity of 1.44 megabytes (mb). Three of his files require 0.8 mb of memory each, 12 more require 0.7 mb each, and the remaining 15 require 0.4 mb each. No file can be split between floppy disks. What is the minimal number of floppy disks that will hold all the files?</w:t>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Earl E. Bird 先生每天早上正好在 8:00 离家上班。当他的平均速度为每小时 40 英里时，会晚到三分钟；当平均速度为每小时 60 英里时，会早到三分钟。Bird 先生应以多少英里每小时的平均速度行驶，才能准时到达？</w:t>
      </w:r>
    </w:p>
    <w:p>
      <w:pPr>
        <w:spacing w:before="0" w:after="120" w:line="300" w:lineRule="auto"/>
      </w:pPr>
      <w:r>
        <w:rPr>
          <w:rFonts w:ascii="Times New Roman" w:hAnsi="Times New Roman" w:eastAsia="宋体"/>
          <w:b w:val="0"/>
          <w:i w:val="0"/>
          <w:sz w:val="21"/>
        </w:rPr>
        <w:t>（A）45　　（B）48　　（C）50　　（D）55　　（E）58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Earl E. Bird leaves his house for work at exactly 8:00 A.M. every morning. When he averages 40 miles per hour, he arrives at his workplace three minutes late. When he averages 60 miles per hour, he arrives three minutes early. At what average speed, in miles per hour, should Mr. Bird drive to arrive at his workplace precisely on time?</w:t>
      </w:r>
    </w:p>
    <w:p>
      <w:pPr>
        <w:spacing w:before="0" w:after="160" w:line="300" w:lineRule="auto"/>
      </w:pPr>
      <w:r>
        <w:rPr>
          <w:rFonts w:ascii="Times New Roman" w:hAnsi="Times New Roman" w:eastAsia="宋体"/>
          <w:b w:val="0"/>
          <w:i w:val="0"/>
          <w:color w:val="333333"/>
          <w:sz w:val="19"/>
        </w:rPr>
        <w:t>(A) 45　　(B) 48　　(C) 50　　(D) 55　　(E) 58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一个三角形的边长为 15、20、25。求最短高的长度。</w:t>
      </w:r>
    </w:p>
    <w:p>
      <w:pPr>
        <w:spacing w:before="0" w:after="120" w:line="300" w:lineRule="auto"/>
      </w:pPr>
      <w:r>
        <w:rPr>
          <w:rFonts w:ascii="Times New Roman" w:hAnsi="Times New Roman" w:eastAsia="宋体"/>
          <w:b w:val="0"/>
          <w:i w:val="0"/>
          <w:sz w:val="21"/>
        </w:rPr>
        <w:t>（A）6　　（B）12　　（C）12.5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sides of a triangle have lengths of 15, 20, and 25. Find the length of the shortest altitude.</w:t>
      </w:r>
    </w:p>
    <w:p>
      <w:pPr>
        <w:spacing w:before="0" w:after="160" w:line="300" w:lineRule="auto"/>
      </w:pPr>
      <w:r>
        <w:rPr>
          <w:rFonts w:ascii="Times New Roman" w:hAnsi="Times New Roman" w:eastAsia="宋体"/>
          <w:b w:val="0"/>
          <w:i w:val="0"/>
          <w:color w:val="333333"/>
          <w:sz w:val="19"/>
        </w:rPr>
        <w:t>(A) 6　　(B) 12　　(C) 12.5　　(D) 13　　(E) 15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二次方程 x²-63x+k=0 的两个根都是质数。k 可能有多少个取值？</w:t>
      </w:r>
    </w:p>
    <w:p>
      <w:pPr>
        <w:spacing w:before="0" w:after="120" w:line="300" w:lineRule="auto"/>
      </w:pPr>
      <w:r>
        <w:rPr>
          <w:rFonts w:ascii="Times New Roman" w:hAnsi="Times New Roman" w:eastAsia="宋体"/>
          <w:b w:val="0"/>
          <w:i w:val="0"/>
          <w:sz w:val="21"/>
        </w:rPr>
        <w:t>（A）0　　（B）1　　（C）2　　（D）4　　（E）多于四个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Both roots of the quadratic equation x²-63x+k=0 are prime numbers. The number of possible values of k is</w:t>
      </w:r>
    </w:p>
    <w:p>
      <w:pPr>
        <w:spacing w:before="0" w:after="160" w:line="300" w:lineRule="auto"/>
      </w:pPr>
      <w:r>
        <w:rPr>
          <w:rFonts w:ascii="Times New Roman" w:hAnsi="Times New Roman" w:eastAsia="宋体"/>
          <w:b w:val="0"/>
          <w:i w:val="0"/>
          <w:color w:val="333333"/>
          <w:sz w:val="19"/>
        </w:rPr>
        <w:t>(A) 0　　(B) 1　　(C) 2　　(D) 4　　(E) more than four</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用数字 1、2、3、4、5、6、7、9 组成四个两位质数，每个数字恰好使用一次。这四个质数的和是多少？</w:t>
      </w:r>
    </w:p>
    <w:p>
      <w:pPr>
        <w:spacing w:before="0" w:after="120" w:line="300" w:lineRule="auto"/>
      </w:pPr>
      <w:r>
        <w:rPr>
          <w:rFonts w:ascii="Times New Roman" w:hAnsi="Times New Roman" w:eastAsia="宋体"/>
          <w:b w:val="0"/>
          <w:i w:val="0"/>
          <w:sz w:val="21"/>
        </w:rPr>
        <w:t>（A）150　　（B）160　　（C）170　　（D）180　　（E）190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digits 1, 2, 3, 4, 5, 6, 7, and 9 are used to form four two-digit prime numbers, with each digit used exactly once. What is the sum of these four primes?</w:t>
      </w:r>
    </w:p>
    <w:p>
      <w:pPr>
        <w:spacing w:before="0" w:after="160" w:line="300" w:lineRule="auto"/>
      </w:pPr>
      <w:r>
        <w:rPr>
          <w:rFonts w:ascii="Times New Roman" w:hAnsi="Times New Roman" w:eastAsia="宋体"/>
          <w:b w:val="0"/>
          <w:i w:val="0"/>
          <w:color w:val="333333"/>
          <w:sz w:val="19"/>
        </w:rPr>
        <w:t>(A) 150　　(B) 160　　(C) 170　　(D) 180　　(E) 190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 a+1 =b+2 =c+3 =d+4 =a+b+c+d+5，则 a+b+c+d 等于多少？</w:t>
      </w:r>
    </w:p>
    <w:p>
      <w:pPr>
        <w:spacing w:before="0" w:after="120" w:line="300" w:lineRule="auto"/>
      </w:pPr>
      <w:r>
        <w:rPr>
          <w:rFonts w:ascii="Times New Roman" w:hAnsi="Times New Roman" w:eastAsia="宋体"/>
          <w:b w:val="0"/>
          <w:i w:val="0"/>
          <w:sz w:val="21"/>
        </w:rPr>
        <w:t>（A）-5　　（B）-10/3　　（C）-7/3　　（D）5/3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a+1 =b+2 =c+3 =d+4 =a+b+c+d+5, then a+b+c+d is</w:t>
      </w:r>
    </w:p>
    <w:p>
      <w:pPr>
        <w:spacing w:before="0" w:after="160" w:line="300" w:lineRule="auto"/>
      </w:pPr>
      <w:r>
        <w:rPr>
          <w:rFonts w:ascii="Times New Roman" w:hAnsi="Times New Roman" w:eastAsia="宋体"/>
          <w:b w:val="0"/>
          <w:i w:val="0"/>
          <w:color w:val="333333"/>
          <w:sz w:val="19"/>
        </w:rPr>
        <w:t>(A) -5　　(B) -10/3　　(C) -7/3　　(D) 5/3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Sarah 将四盎司咖啡倒入一个八盎司杯中，又将四盎司奶油倒入另一个同样大小的杯子。她把第一杯中一半的咖啡倒入第二杯，充分搅拌后，再把第二杯中一半的液体倒回第一杯。现在第一杯中的液体有几分之几是奶油？</w:t>
      </w:r>
    </w:p>
    <w:p>
      <w:pPr>
        <w:spacing w:before="0" w:after="120" w:line="300" w:lineRule="auto"/>
      </w:pPr>
      <w:r>
        <w:rPr>
          <w:rFonts w:ascii="Times New Roman" w:hAnsi="Times New Roman" w:eastAsia="宋体"/>
          <w:b w:val="0"/>
          <w:i w:val="0"/>
          <w:sz w:val="21"/>
        </w:rPr>
        <w:t>（A）1/4　　（B）1/3　　（C）3/8　　（D）2/5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Sarah pours four ounces of coffee into an eight-ounce cup and four ounces of cream into a second cup of the same size. She then transfers half the coffee from the first cup to the second and, after stirring thoroughly, transfers half the liquid in the second cup back to the first. What fraction of the liquid in the first cup is now cream?</w:t>
      </w:r>
    </w:p>
    <w:p>
      <w:pPr>
        <w:spacing w:before="0" w:after="160" w:line="300" w:lineRule="auto"/>
      </w:pPr>
      <w:r>
        <w:rPr>
          <w:rFonts w:ascii="Times New Roman" w:hAnsi="Times New Roman" w:eastAsia="宋体"/>
          <w:b w:val="0"/>
          <w:i w:val="0"/>
          <w:color w:val="333333"/>
          <w:sz w:val="19"/>
        </w:rPr>
        <w:t>(A) 1/4　　(B) 1/3　　(C) 3/8　　(D) 2/5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用 27 个标准骰子粘成一个 3× 3× 3 的立方体。（标准骰子上任意一对相对面的点数之和为 7。）这个 3× 3× 3 大立方体表面露出的所有点数之和最小可能是多少？</w:t>
      </w:r>
    </w:p>
    <w:p>
      <w:pPr>
        <w:spacing w:before="0" w:after="120" w:line="300" w:lineRule="auto"/>
      </w:pPr>
      <w:r>
        <w:rPr>
          <w:rFonts w:ascii="Times New Roman" w:hAnsi="Times New Roman" w:eastAsia="宋体"/>
          <w:b w:val="0"/>
          <w:i w:val="0"/>
          <w:sz w:val="21"/>
        </w:rPr>
        <w:t>（A）60　　（B）72　　（C）84　　（D）90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 3× 3 cube is formed by gluing together 27 standard cubical dice. (On a standard die, the sum of the numbers on any pair of opposite faces is 7.) The smallest possible sum of all the numbers showing on the surface of the 3× 3× 3 cube is</w:t>
      </w:r>
    </w:p>
    <w:p>
      <w:pPr>
        <w:spacing w:before="0" w:after="160" w:line="300" w:lineRule="auto"/>
      </w:pPr>
      <w:r>
        <w:rPr>
          <w:rFonts w:ascii="Times New Roman" w:hAnsi="Times New Roman" w:eastAsia="宋体"/>
          <w:b w:val="0"/>
          <w:i w:val="0"/>
          <w:color w:val="333333"/>
          <w:sz w:val="19"/>
        </w:rPr>
        <w:t>(A) 60　　(B) 72　　(C) 84　　(D) 90　　(E) 96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Spot 的狗屋有一个正六边形底面，每边长一码。他被一根两码长的绳子拴在一个顶点上。Spot 在狗屋外能到达的区域面积是多少平方码？</w:t>
      </w:r>
    </w:p>
    <w:p>
      <w:pPr>
        <w:spacing w:before="0" w:after="120" w:line="300" w:lineRule="auto"/>
      </w:pPr>
      <w:r>
        <w:rPr>
          <w:rFonts w:ascii="Times New Roman" w:hAnsi="Times New Roman" w:eastAsia="宋体"/>
          <w:b w:val="0"/>
          <w:i w:val="0"/>
          <w:sz w:val="21"/>
        </w:rPr>
        <w:t>（A）2/3π　　（B）2π　　（C）5/2π　　（D）8/3π　　（E）3π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Spot’s doghouse has a regular hexagonal base that measures one yard on each side. He is tethered to a vertex with a two-yard rope. What is the area, in square yards, of the region outside the doghouse that Spot can reach?</w:t>
      </w:r>
    </w:p>
    <w:p>
      <w:pPr>
        <w:spacing w:before="0" w:after="160" w:line="300" w:lineRule="auto"/>
      </w:pPr>
      <w:r>
        <w:rPr>
          <w:rFonts w:ascii="Times New Roman" w:hAnsi="Times New Roman" w:eastAsia="宋体"/>
          <w:b w:val="0"/>
          <w:i w:val="0"/>
          <w:color w:val="333333"/>
          <w:sz w:val="19"/>
        </w:rPr>
        <w:t>(A) 2/3π　　(B) 2π　　(C) 5/2π　　(D) 8/3π　　(E) 3π</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点 A、B、C、D、E、F 按此顺序位于线段 AF 上，将其分成五段，每段长 1。点 G 不在直线 AF 上。点 H 位于 GD 上，点 J 位于 GF 上。线段 HC、JE 和 AG 平行。求 HC/JE。</w:t>
      </w:r>
    </w:p>
    <w:p>
      <w:pPr>
        <w:spacing w:before="80" w:after="80"/>
        <w:jc w:val="center"/>
      </w:pPr>
      <w:r>
        <w:drawing>
          <wp:inline xmlns:a="http://schemas.openxmlformats.org/drawingml/2006/main" xmlns:pic="http://schemas.openxmlformats.org/drawingml/2006/picture">
            <wp:extent cx="2228247" cy="1358501"/>
            <wp:docPr id="5" name="Picture 5"/>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2228247" cy="1358501"/>
                    </a:xfrm>
                    <a:prstGeom prst="rect"/>
                  </pic:spPr>
                </pic:pic>
              </a:graphicData>
            </a:graphic>
          </wp:inline>
        </w:drawing>
      </w:r>
    </w:p>
    <w:p>
      <w:pPr>
        <w:spacing w:before="0" w:after="120" w:line="300" w:lineRule="auto"/>
      </w:pPr>
      <w:r>
        <w:rPr>
          <w:rFonts w:ascii="Times New Roman" w:hAnsi="Times New Roman" w:eastAsia="宋体"/>
          <w:b w:val="0"/>
          <w:i w:val="0"/>
          <w:sz w:val="21"/>
        </w:rPr>
        <w:t>（A）5/4　　（B）4/3　　（C）3/2　　（D）5/3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D, E, and F lie, in that order, on AF, dividing it into five segments, each of length 1. Point G is not on line AF. Point H lies on GD, and point J lies on GF. The line segments HC, JE, and AG are parallel. Find HC/JE.</w:t>
      </w:r>
    </w:p>
    <w:p>
      <w:pPr>
        <w:spacing w:before="80" w:after="80"/>
        <w:jc w:val="center"/>
      </w:pPr>
      <w:r>
        <w:drawing>
          <wp:inline xmlns:a="http://schemas.openxmlformats.org/drawingml/2006/main" xmlns:pic="http://schemas.openxmlformats.org/drawingml/2006/picture">
            <wp:extent cx="2228247" cy="1358501"/>
            <wp:docPr id="6" name="Picture 6"/>
            <wp:cNvGraphicFramePr>
              <a:graphicFrameLocks noChangeAspect="1"/>
            </wp:cNvGraphicFramePr>
            <a:graphic>
              <a:graphicData uri="http://schemas.openxmlformats.org/drawingml/2006/picture">
                <pic:pic>
                  <pic:nvPicPr>
                    <pic:cNvPr id="0" name="q20-1@300dpi.png"/>
                    <pic:cNvPicPr/>
                  </pic:nvPicPr>
                  <pic:blipFill>
                    <a:blip r:embed="rId11"/>
                    <a:stretch>
                      <a:fillRect/>
                    </a:stretch>
                  </pic:blipFill>
                  <pic:spPr>
                    <a:xfrm>
                      <a:off x="0" y="0"/>
                      <a:ext cx="2228247" cy="13585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5/4　　(B) 4/3　　(C) 3/2　　(D) 5/3　　(E) 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一组八个整数的平均数、中位数、唯一众数和极差都等于 8。这组数中可能出现的最大整数是多少？</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median, unique mode, and range of a collection of eight integers are all equal to 8. The largest integer that can be an element of this collection is</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一组编号为 1 到 100 的瓷砖反复进行如下操作：移除所有编号为完全平方数的瓷砖，然后将剩余瓷砖从 1 开始重新连续编号。需要进行多少次操作，才能把瓷砖数量减少到一？</w:t>
      </w:r>
    </w:p>
    <w:p>
      <w:pPr>
        <w:spacing w:before="0" w:after="120" w:line="300" w:lineRule="auto"/>
      </w:pPr>
      <w:r>
        <w:rPr>
          <w:rFonts w:ascii="Times New Roman" w:hAnsi="Times New Roman" w:eastAsia="宋体"/>
          <w:b w:val="0"/>
          <w:i w:val="0"/>
          <w:sz w:val="21"/>
        </w:rPr>
        <w:t>（A）10　　（B）11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of tiles numbered 1 through 100 is modified repeatedly by the following operation: remove all tiles numbered with a perfect square, and renumber the remaining tiles consecutively starting with 1. How many times must the operation be performed to reduce the number of tiles in the set to one?</w:t>
      </w:r>
    </w:p>
    <w:p>
      <w:pPr>
        <w:spacing w:before="0" w:after="160" w:line="300" w:lineRule="auto"/>
      </w:pPr>
      <w:r>
        <w:rPr>
          <w:rFonts w:ascii="Times New Roman" w:hAnsi="Times New Roman" w:eastAsia="宋体"/>
          <w:b w:val="0"/>
          <w:i w:val="0"/>
          <w:color w:val="333333"/>
          <w:sz w:val="19"/>
        </w:rPr>
        <w:t>(A) 10　　(B) 11　　(C) 18　　(D) 19　　(E) 20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点 A、B、C、D 按此顺序位于一条直线上，且 AB=CD、BC=12。点 E 不在这条直线上，并且 BE=CE=10。△ AED 的周长是 △ BEC 周长的两倍。求 AB。</w:t>
      </w:r>
    </w:p>
    <w:p>
      <w:pPr>
        <w:spacing w:before="80" w:after="80"/>
        <w:jc w:val="center"/>
      </w:pPr>
      <w:r>
        <w:drawing>
          <wp:inline xmlns:a="http://schemas.openxmlformats.org/drawingml/2006/main" xmlns:pic="http://schemas.openxmlformats.org/drawingml/2006/picture">
            <wp:extent cx="3397491" cy="1207213"/>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3397491" cy="1207213"/>
                    </a:xfrm>
                    <a:prstGeom prst="rect"/>
                  </pic:spPr>
                </pic:pic>
              </a:graphicData>
            </a:graphic>
          </wp:inline>
        </w:drawing>
      </w:r>
    </w:p>
    <w:p>
      <w:pPr>
        <w:spacing w:before="0" w:after="120" w:line="300" w:lineRule="auto"/>
      </w:pPr>
      <w:r>
        <w:rPr>
          <w:rFonts w:ascii="Times New Roman" w:hAnsi="Times New Roman" w:eastAsia="宋体"/>
          <w:b w:val="0"/>
          <w:i w:val="0"/>
          <w:sz w:val="21"/>
        </w:rPr>
        <w:t>（A）15/2　　（B）8　　（C）17/2　　（D）9　　（E）19/2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and D lie on a line, in that order, with AB=CD and BC=12. Point E is not on the line, and BE=CE=10. The perimeter of △ AED is twice the perimeter of △ BEC. Find AB.</w:t>
      </w:r>
    </w:p>
    <w:p>
      <w:pPr>
        <w:spacing w:before="80" w:after="80"/>
        <w:jc w:val="center"/>
      </w:pPr>
      <w:r>
        <w:drawing>
          <wp:inline xmlns:a="http://schemas.openxmlformats.org/drawingml/2006/main" xmlns:pic="http://schemas.openxmlformats.org/drawingml/2006/picture">
            <wp:extent cx="3397491" cy="1207213"/>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3397491" cy="12072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15/2　　(B) 8　　(C) 17/2　　(D) 9　　(E) 19/2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Tina 从集合 {1,2,3,4,5} 中随机选择两个不同的数，Sergio 从集合 {1,2,…,10} 中随机选择一个数。Sergio 选的数大于 Tina 所选两个数之和的概率是多少？</w:t>
      </w:r>
    </w:p>
    <w:p>
      <w:pPr>
        <w:spacing w:before="0" w:after="120" w:line="300" w:lineRule="auto"/>
      </w:pPr>
      <w:r>
        <w:rPr>
          <w:rFonts w:ascii="Times New Roman" w:hAnsi="Times New Roman" w:eastAsia="宋体"/>
          <w:b w:val="0"/>
          <w:i w:val="0"/>
          <w:sz w:val="21"/>
        </w:rPr>
        <w:t>（A）2/5　　（B）9/20　　（C）1/2　　（D）11/20　　（E）24/25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Tina randomly selects two distinct numbers from the set {1,2,3,4,5}, and Sergio randomly selects a number from the set {1,2,…,10}. The probability that Sergio’s number is larger than the sum of the two numbers chosen by Tina is</w:t>
      </w:r>
    </w:p>
    <w:p>
      <w:pPr>
        <w:spacing w:before="0" w:after="160" w:line="300" w:lineRule="auto"/>
      </w:pPr>
      <w:r>
        <w:rPr>
          <w:rFonts w:ascii="Times New Roman" w:hAnsi="Times New Roman" w:eastAsia="宋体"/>
          <w:b w:val="0"/>
          <w:i w:val="0"/>
          <w:color w:val="333333"/>
          <w:sz w:val="19"/>
        </w:rPr>
        <w:t>(A) 2/5　　(B) 9/20　　(C) 1/2　　(D) 11/20　　(E) 24/25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在梯形 ABCD 中，底边为 AB 和 CD，且 AB=52、BC=12、CD=39、DA=5。梯形 ABCD 的面积是多少？</w:t>
      </w:r>
    </w:p>
    <w:p>
      <w:pPr>
        <w:spacing w:before="80" w:after="80"/>
        <w:jc w:val="center"/>
      </w:pPr>
      <w:r>
        <w:drawing>
          <wp:inline xmlns:a="http://schemas.openxmlformats.org/drawingml/2006/main" xmlns:pic="http://schemas.openxmlformats.org/drawingml/2006/picture">
            <wp:extent cx="2761690" cy="522373"/>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2761690" cy="522373"/>
                    </a:xfrm>
                    <a:prstGeom prst="rect"/>
                  </pic:spPr>
                </pic:pic>
              </a:graphicData>
            </a:graphic>
          </wp:inline>
        </w:drawing>
      </w:r>
    </w:p>
    <w:p>
      <w:pPr>
        <w:spacing w:before="0" w:after="120" w:line="300" w:lineRule="auto"/>
      </w:pPr>
      <w:r>
        <w:rPr>
          <w:rFonts w:ascii="Times New Roman" w:hAnsi="Times New Roman" w:eastAsia="宋体"/>
          <w:b w:val="0"/>
          <w:i w:val="0"/>
          <w:sz w:val="21"/>
        </w:rPr>
        <w:t>（A）182　　（B）195　　（C）210　　（D）234　　（E）260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with bases AB and CD, we have AB=52, BC=12, CD=39, and DA=5. The area of ABCD is</w:t>
      </w:r>
    </w:p>
    <w:p>
      <w:pPr>
        <w:spacing w:before="80" w:after="80"/>
        <w:jc w:val="center"/>
      </w:pPr>
      <w:r>
        <w:drawing>
          <wp:inline xmlns:a="http://schemas.openxmlformats.org/drawingml/2006/main" xmlns:pic="http://schemas.openxmlformats.org/drawingml/2006/picture">
            <wp:extent cx="2761690" cy="522373"/>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2761690" cy="52237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182　　(B) 195　　(C) 210　　(D) 234　　(E) 260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B　E　C　A　A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B　B　B　E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D　C　D　A　C</w:t>
      </w:r>
    </w:p>
    <w:p>
      <w:pPr>
        <w:spacing w:before="0" w:after="200" w:line="300" w:lineRule="auto"/>
      </w:pPr>
      <w:r>
        <w:rPr>
          <w:rFonts w:ascii="Times New Roman" w:hAnsi="Times New Roman" w:eastAsia="宋体"/>
          <w:b w:val="0"/>
          <w:i w:val="0"/>
          <w:color w:val="666666"/>
          <w:sz w:val="18"/>
        </w:rPr>
        <w:t>答案串：DCBECAAABABBBBEBDDEDDCDAC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提出公因式得</w:t>
      </w:r>
    </w:p>
    <w:p>
      <w:pPr>
        <w:spacing w:before="0" w:after="80" w:line="300" w:lineRule="auto"/>
        <w:jc w:val="left"/>
      </w:pPr>
      <w:r>
        <w:rPr>
          <w:rFonts w:ascii="Times New Roman" w:hAnsi="Times New Roman" w:eastAsia="宋体"/>
          <w:b w:val="0"/>
          <w:i w:val="0"/>
          <w:sz w:val="21"/>
        </w:rPr>
        <w:t>(10²⁰⁰⁰(1+100))/(2· 10²⁰⁰¹)=101/20=5.05，</w:t>
      </w:r>
    </w:p>
    <w:p>
      <w:pPr>
        <w:spacing w:before="0" w:after="80" w:line="300" w:lineRule="auto"/>
        <w:jc w:val="left"/>
      </w:pPr>
      <w:r>
        <w:rPr>
          <w:rFonts w:ascii="Times New Roman" w:hAnsi="Times New Roman" w:eastAsia="宋体"/>
          <w:b w:val="0"/>
          <w:i w:val="0"/>
          <w:sz w:val="21"/>
        </w:rPr>
        <w:t>它最接近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gives</w:t>
      </w:r>
    </w:p>
    <w:p>
      <w:pPr>
        <w:spacing w:before="0" w:after="80" w:line="300" w:lineRule="auto"/>
        <w:jc w:val="left"/>
      </w:pPr>
      <w:r>
        <w:rPr>
          <w:rFonts w:ascii="Times New Roman" w:hAnsi="Times New Roman" w:eastAsia="宋体"/>
          <w:b w:val="0"/>
          <w:i w:val="0"/>
          <w:color w:val="333333"/>
          <w:sz w:val="19"/>
        </w:rPr>
        <w:t>(10²⁰⁰⁰(1+100))/(2· 10²⁰⁰¹)=101/20=5.05,</w:t>
      </w:r>
    </w:p>
    <w:p>
      <w:pPr>
        <w:spacing w:before="0" w:after="80" w:line="300" w:lineRule="auto"/>
        <w:jc w:val="left"/>
      </w:pPr>
      <w:r>
        <w:rPr>
          <w:rFonts w:ascii="Times New Roman" w:hAnsi="Times New Roman" w:eastAsia="宋体"/>
          <w:b w:val="0"/>
          <w:i w:val="0"/>
          <w:color w:val="333333"/>
          <w:sz w:val="19"/>
        </w:rPr>
        <w:t>which is closest to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(2,12,9) = 2/12+12/9+9/2</w:t>
      </w:r>
    </w:p>
    <w:p>
      <w:pPr>
        <w:spacing w:before="0" w:after="80" w:line="300" w:lineRule="auto"/>
        <w:jc w:val="left"/>
      </w:pPr>
      <w:r>
        <w:rPr>
          <w:rFonts w:ascii="Times New Roman" w:hAnsi="Times New Roman" w:eastAsia="宋体"/>
          <w:b w:val="0"/>
          <w:i w:val="0"/>
          <w:sz w:val="21"/>
        </w:rPr>
        <w:t>= 1/6+4/3+9/2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通分到分母 6，得到 1+8+27/6=36/6=6。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(2,12,9) = 2/12+12/9+9/2</w:t>
      </w:r>
    </w:p>
    <w:p>
      <w:pPr>
        <w:spacing w:before="0" w:after="80" w:line="300" w:lineRule="auto"/>
        <w:jc w:val="left"/>
      </w:pPr>
      <w:r>
        <w:rPr>
          <w:rFonts w:ascii="Times New Roman" w:hAnsi="Times New Roman" w:eastAsia="宋体"/>
          <w:b w:val="0"/>
          <w:i w:val="0"/>
          <w:color w:val="333333"/>
          <w:sz w:val="19"/>
        </w:rPr>
        <w:t>= 1/6+4/3+9/2.</w:t>
      </w:r>
    </w:p>
    <w:p>
      <w:pPr>
        <w:spacing w:before="0" w:after="80" w:line="300" w:lineRule="auto"/>
        <w:jc w:val="left"/>
      </w:pPr>
      <w:r>
        <w:rPr>
          <w:rFonts w:ascii="Times New Roman" w:hAnsi="Times New Roman" w:eastAsia="宋体"/>
          <w:b w:val="0"/>
          <w:i w:val="0"/>
          <w:color w:val="333333"/>
          <w:sz w:val="19"/>
        </w:rPr>
        <w:t>Over a denominator of 6, this is 1+8+27/6=36/6=6.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这个四层指数塔有五种加括号方式。其中 (2²)^((2²))、(2^((2²)))²、((2²)²)² 都等于 2⁸=256。另外两种都给出标准值 2¹⁶=65,536。</w:t>
      </w:r>
    </w:p>
    <w:p>
      <w:pPr>
        <w:spacing w:before="0" w:after="80" w:line="300" w:lineRule="auto"/>
        <w:jc w:val="left"/>
      </w:pPr>
      <w:r>
        <w:rPr>
          <w:rFonts w:ascii="Times New Roman" w:hAnsi="Times New Roman" w:eastAsia="宋体"/>
          <w:b w:val="0"/>
          <w:i w:val="0"/>
          <w:sz w:val="21"/>
        </w:rPr>
        <w:t>所以只可能得到一个其他值，即 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five ways to parenthesize the tower. Three of them, (2²)^((2²)), (2^((2²)))², and ((2²)²)², all equal 2⁸=256. The other two both give the standard value 2¹⁶=65,536.</w:t>
      </w:r>
    </w:p>
    <w:p>
      <w:pPr>
        <w:spacing w:before="0" w:after="80" w:line="300" w:lineRule="auto"/>
        <w:jc w:val="left"/>
      </w:pPr>
      <w:r>
        <w:rPr>
          <w:rFonts w:ascii="Times New Roman" w:hAnsi="Times New Roman" w:eastAsia="宋体"/>
          <w:b w:val="0"/>
          <w:i w:val="0"/>
          <w:color w:val="333333"/>
          <w:sz w:val="19"/>
        </w:rPr>
        <w:t>So exactly one other value, 256, is possible.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取 n=1。此时 m· 1≤ m+1，也就是 m≤ m+1，对每个正整数 m 都成立。</w:t>
      </w:r>
    </w:p>
    <w:p>
      <w:pPr>
        <w:spacing w:before="0" w:after="80" w:line="300" w:lineRule="auto"/>
        <w:jc w:val="left"/>
      </w:pPr>
      <w:r>
        <w:rPr>
          <w:rFonts w:ascii="Times New Roman" w:hAnsi="Times New Roman" w:eastAsia="宋体"/>
          <w:b w:val="0"/>
          <w:i w:val="0"/>
          <w:sz w:val="21"/>
        </w:rPr>
        <w:t>所以每个正整数 m 都符合条件，共有无穷多个。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n=1. Then m· 1≤ m+1 becomes m≤ m+1, which holds for every positive integer m.</w:t>
      </w:r>
    </w:p>
    <w:p>
      <w:pPr>
        <w:spacing w:before="0" w:after="80" w:line="300" w:lineRule="auto"/>
        <w:jc w:val="left"/>
      </w:pPr>
      <w:r>
        <w:rPr>
          <w:rFonts w:ascii="Times New Roman" w:hAnsi="Times New Roman" w:eastAsia="宋体"/>
          <w:b w:val="0"/>
          <w:i w:val="0"/>
          <w:color w:val="333333"/>
          <w:sz w:val="19"/>
        </w:rPr>
        <w:t>So every positive integer m works, giving infinitely many.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外圈小圆的圆心到中心的距离为 2，再加上它自己的半径 1，得到大圆半径为 3。</w:t>
      </w:r>
    </w:p>
    <w:p>
      <w:pPr>
        <w:spacing w:before="0" w:after="80" w:line="300" w:lineRule="auto"/>
        <w:jc w:val="left"/>
      </w:pPr>
      <w:r>
        <w:rPr>
          <w:rFonts w:ascii="Times New Roman" w:hAnsi="Times New Roman" w:eastAsia="宋体"/>
          <w:b w:val="0"/>
          <w:i w:val="0"/>
          <w:sz w:val="21"/>
        </w:rPr>
        <w:t>大圆面积为 9π，七个单位圆总面积为 7π，所以阴影面积为 9π-7π=2π。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of a surrounding circle is 2 from the center (two radii), and adding its own radius 1 gives a large radius of 3.</w:t>
      </w:r>
    </w:p>
    <w:p>
      <w:pPr>
        <w:spacing w:before="0" w:after="80" w:line="300" w:lineRule="auto"/>
        <w:jc w:val="left"/>
      </w:pPr>
      <w:r>
        <w:rPr>
          <w:rFonts w:ascii="Times New Roman" w:hAnsi="Times New Roman" w:eastAsia="宋体"/>
          <w:b w:val="0"/>
          <w:i w:val="0"/>
          <w:color w:val="333333"/>
          <w:sz w:val="19"/>
        </w:rPr>
        <w:t>The large circle has area 9π, and the seven unit circles have total area 7π, so the shaded region is 9π-7π=2π.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设原数为 x。由 x-9/3=43，得 x-9=129，所以 x=138。</w:t>
      </w:r>
    </w:p>
    <w:p>
      <w:pPr>
        <w:spacing w:before="0" w:after="80" w:line="300" w:lineRule="auto"/>
        <w:jc w:val="left"/>
      </w:pPr>
      <w:r>
        <w:rPr>
          <w:rFonts w:ascii="Times New Roman" w:hAnsi="Times New Roman" w:eastAsia="宋体"/>
          <w:b w:val="0"/>
          <w:i w:val="0"/>
          <w:sz w:val="21"/>
        </w:rPr>
        <w:t>正确计算为 138-3/9=135/9=15。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Cindy computed x-9/3=43, so x-9=129 and x=138.</w:t>
      </w:r>
    </w:p>
    <w:p>
      <w:pPr>
        <w:spacing w:before="0" w:after="80" w:line="300" w:lineRule="auto"/>
        <w:jc w:val="left"/>
      </w:pPr>
      <w:r>
        <w:rPr>
          <w:rFonts w:ascii="Times New Roman" w:hAnsi="Times New Roman" w:eastAsia="宋体"/>
          <w:b w:val="0"/>
          <w:i w:val="0"/>
          <w:color w:val="333333"/>
          <w:sz w:val="19"/>
        </w:rPr>
        <w:t>The correct computation is 138-3/9=135/9=15.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弧长相等给出 45/360· 2π r_(A)=30/360· 2π r_(B)，因此 45 r_(A)=30 r_(B)，所以 (r_(A))/(r_(B))=2/3。</w:t>
      </w:r>
    </w:p>
    <w:p>
      <w:pPr>
        <w:spacing w:before="0" w:after="80" w:line="300" w:lineRule="auto"/>
        <w:jc w:val="left"/>
      </w:pPr>
      <w:r>
        <w:rPr>
          <w:rFonts w:ascii="Times New Roman" w:hAnsi="Times New Roman" w:eastAsia="宋体"/>
          <w:b w:val="0"/>
          <w:i w:val="0"/>
          <w:sz w:val="21"/>
        </w:rPr>
        <w:t>面积之比是 ((r_(A))/(r_(B)))²=4/9。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arc lengths give 45/360· 2π r_(A)=30/360· 2π r_(B), so 45 r_(A)=30 r_(B) and (r_(A))/(r_(B))=2/3.</w:t>
      </w:r>
    </w:p>
    <w:p>
      <w:pPr>
        <w:spacing w:before="0" w:after="80" w:line="300" w:lineRule="auto"/>
        <w:jc w:val="left"/>
      </w:pPr>
      <w:r>
        <w:rPr>
          <w:rFonts w:ascii="Times New Roman" w:hAnsi="Times New Roman" w:eastAsia="宋体"/>
          <w:b w:val="0"/>
          <w:i w:val="0"/>
          <w:color w:val="333333"/>
          <w:sz w:val="19"/>
        </w:rPr>
        <w:t>The ratio of areas is ((r_(A))/(r_(B)))²=4/9.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画出网格线和对角线，把旗帜分成全等的直角三角形。数一数可得蓝色区域有 24 个，白色区域有 24 个，红色区域有 16 个。</w:t>
      </w:r>
    </w:p>
    <w:p>
      <w:pPr>
        <w:spacing w:before="0" w:after="80" w:line="300" w:lineRule="auto"/>
        <w:jc w:val="left"/>
      </w:pPr>
      <w:r>
        <w:rPr>
          <w:rFonts w:ascii="Times New Roman" w:hAnsi="Times New Roman" w:eastAsia="宋体"/>
          <w:b w:val="0"/>
          <w:i w:val="0"/>
          <w:sz w:val="21"/>
        </w:rPr>
        <w:t>因此 B=W。</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Divide the flag into congruent right triangles by drawing the grid lines and diagonals. Counting gives 24 triangles in the blue region, 24 in the white region, and 16 in the red region.</w:t>
      </w:r>
    </w:p>
    <w:p>
      <w:pPr>
        <w:spacing w:before="0" w:after="80" w:line="300" w:lineRule="auto"/>
        <w:jc w:val="left"/>
      </w:pPr>
      <w:r>
        <w:rPr>
          <w:rFonts w:ascii="Times New Roman" w:hAnsi="Times New Roman" w:eastAsia="宋体"/>
          <w:b w:val="0"/>
          <w:i w:val="0"/>
          <w:color w:val="333333"/>
          <w:sz w:val="19"/>
        </w:rPr>
        <w:t>Hence B=W.</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两个方程相加，得到</w:t>
      </w:r>
    </w:p>
    <w:p>
      <w:pPr>
        <w:spacing w:before="0" w:after="80" w:line="300" w:lineRule="auto"/>
        <w:jc w:val="left"/>
      </w:pPr>
      <w:r>
        <w:rPr>
          <w:rFonts w:ascii="Times New Roman" w:hAnsi="Times New Roman" w:eastAsia="宋体"/>
          <w:b w:val="0"/>
          <w:i w:val="0"/>
          <w:sz w:val="21"/>
        </w:rPr>
        <w:t>1001C-2002A+1001B</w:t>
      </w:r>
    </w:p>
    <w:p>
      <w:pPr>
        <w:spacing w:before="0" w:after="80" w:line="300" w:lineRule="auto"/>
        <w:jc w:val="left"/>
      </w:pPr>
      <w:r>
        <w:rPr>
          <w:rFonts w:ascii="Times New Roman" w:hAnsi="Times New Roman" w:eastAsia="宋体"/>
          <w:b w:val="0"/>
          <w:i w:val="0"/>
          <w:sz w:val="21"/>
        </w:rPr>
        <w:t>+3003A</w:t>
      </w:r>
    </w:p>
    <w:p>
      <w:pPr>
        <w:spacing w:before="0" w:after="80" w:line="300" w:lineRule="auto"/>
        <w:jc w:val="left"/>
      </w:pPr>
      <w:r>
        <w:rPr>
          <w:rFonts w:ascii="Times New Roman" w:hAnsi="Times New Roman" w:eastAsia="宋体"/>
          <w:b w:val="0"/>
          <w:i w:val="0"/>
          <w:sz w:val="21"/>
        </w:rPr>
        <w:t>= 1001A+1001B+1001C</w:t>
      </w:r>
    </w:p>
    <w:p>
      <w:pPr>
        <w:spacing w:before="0" w:after="80" w:line="300" w:lineRule="auto"/>
        <w:jc w:val="left"/>
      </w:pPr>
      <w:r>
        <w:rPr>
          <w:rFonts w:ascii="Times New Roman" w:hAnsi="Times New Roman" w:eastAsia="宋体"/>
          <w:b w:val="0"/>
          <w:i w:val="0"/>
          <w:sz w:val="21"/>
        </w:rPr>
        <w:t>= 9009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A+B+C=9，平均数为 9/3=3。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equations,</w:t>
      </w:r>
    </w:p>
    <w:p>
      <w:pPr>
        <w:spacing w:before="0" w:after="80" w:line="300" w:lineRule="auto"/>
        <w:jc w:val="left"/>
      </w:pPr>
      <w:r>
        <w:rPr>
          <w:rFonts w:ascii="Times New Roman" w:hAnsi="Times New Roman" w:eastAsia="宋体"/>
          <w:b w:val="0"/>
          <w:i w:val="0"/>
          <w:color w:val="333333"/>
          <w:sz w:val="19"/>
        </w:rPr>
        <w:t>1001C-2002A+1001B</w:t>
      </w:r>
    </w:p>
    <w:p>
      <w:pPr>
        <w:spacing w:before="0" w:after="80" w:line="300" w:lineRule="auto"/>
        <w:jc w:val="left"/>
      </w:pPr>
      <w:r>
        <w:rPr>
          <w:rFonts w:ascii="Times New Roman" w:hAnsi="Times New Roman" w:eastAsia="宋体"/>
          <w:b w:val="0"/>
          <w:i w:val="0"/>
          <w:color w:val="333333"/>
          <w:sz w:val="19"/>
        </w:rPr>
        <w:t>+3003A</w:t>
      </w:r>
    </w:p>
    <w:p>
      <w:pPr>
        <w:spacing w:before="0" w:after="80" w:line="300" w:lineRule="auto"/>
        <w:jc w:val="left"/>
      </w:pPr>
      <w:r>
        <w:rPr>
          <w:rFonts w:ascii="Times New Roman" w:hAnsi="Times New Roman" w:eastAsia="宋体"/>
          <w:b w:val="0"/>
          <w:i w:val="0"/>
          <w:color w:val="333333"/>
          <w:sz w:val="19"/>
        </w:rPr>
        <w:t>= 1001A+1001B+1001C</w:t>
      </w:r>
    </w:p>
    <w:p>
      <w:pPr>
        <w:spacing w:before="0" w:after="80" w:line="300" w:lineRule="auto"/>
        <w:jc w:val="left"/>
      </w:pPr>
      <w:r>
        <w:rPr>
          <w:rFonts w:ascii="Times New Roman" w:hAnsi="Times New Roman" w:eastAsia="宋体"/>
          <w:b w:val="0"/>
          <w:i w:val="0"/>
          <w:color w:val="333333"/>
          <w:sz w:val="19"/>
        </w:rPr>
        <w:t>= 9009.</w:t>
      </w:r>
    </w:p>
    <w:p>
      <w:pPr>
        <w:spacing w:before="0" w:after="80" w:line="300" w:lineRule="auto"/>
        <w:jc w:val="left"/>
      </w:pPr>
      <w:r>
        <w:rPr>
          <w:rFonts w:ascii="Times New Roman" w:hAnsi="Times New Roman" w:eastAsia="宋体"/>
          <w:b w:val="0"/>
          <w:i w:val="0"/>
          <w:color w:val="333333"/>
          <w:sz w:val="19"/>
        </w:rPr>
        <w:t>So A+B+C=9 and the average is 9/3=3.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(2x+3)[(x-4)+(x-6)]</w:t>
      </w:r>
    </w:p>
    <w:p>
      <w:pPr>
        <w:spacing w:before="0" w:after="80" w:line="300" w:lineRule="auto"/>
        <w:jc w:val="left"/>
      </w:pPr>
      <w:r>
        <w:rPr>
          <w:rFonts w:ascii="Times New Roman" w:hAnsi="Times New Roman" w:eastAsia="宋体"/>
          <w:b w:val="0"/>
          <w:i w:val="0"/>
          <w:sz w:val="21"/>
        </w:rPr>
        <w:t>= (2x+3)(2x-10)</w:t>
      </w:r>
    </w:p>
    <w:p>
      <w:pPr>
        <w:spacing w:before="0" w:after="80" w:line="300" w:lineRule="auto"/>
        <w:jc w:val="left"/>
      </w:pPr>
      <w:r>
        <w:rPr>
          <w:rFonts w:ascii="Times New Roman" w:hAnsi="Times New Roman" w:eastAsia="宋体"/>
          <w:b w:val="0"/>
          <w:i w:val="0"/>
          <w:sz w:val="21"/>
        </w:rPr>
        <w:t>= 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两个根为 -3/2 和 5，它们的和为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w:t>
      </w:r>
    </w:p>
    <w:p>
      <w:pPr>
        <w:spacing w:before="0" w:after="80" w:line="300" w:lineRule="auto"/>
        <w:jc w:val="left"/>
      </w:pPr>
      <w:r>
        <w:rPr>
          <w:rFonts w:ascii="Times New Roman" w:hAnsi="Times New Roman" w:eastAsia="宋体"/>
          <w:b w:val="0"/>
          <w:i w:val="0"/>
          <w:color w:val="333333"/>
          <w:sz w:val="19"/>
        </w:rPr>
        <w:t>(2x+3)[(x-4)+(x-6)]</w:t>
      </w:r>
    </w:p>
    <w:p>
      <w:pPr>
        <w:spacing w:before="0" w:after="80" w:line="300" w:lineRule="auto"/>
        <w:jc w:val="left"/>
      </w:pPr>
      <w:r>
        <w:rPr>
          <w:rFonts w:ascii="Times New Roman" w:hAnsi="Times New Roman" w:eastAsia="宋体"/>
          <w:b w:val="0"/>
          <w:i w:val="0"/>
          <w:color w:val="333333"/>
          <w:sz w:val="19"/>
        </w:rPr>
        <w:t>= (2x+3)(2x-10)</w:t>
      </w:r>
    </w:p>
    <w:p>
      <w:pPr>
        <w:spacing w:before="0" w:after="80" w:line="300" w:lineRule="auto"/>
        <w:jc w:val="left"/>
      </w:pPr>
      <w:r>
        <w:rPr>
          <w:rFonts w:ascii="Times New Roman" w:hAnsi="Times New Roman" w:eastAsia="宋体"/>
          <w:b w:val="0"/>
          <w:i w:val="0"/>
          <w:color w:val="333333"/>
          <w:sz w:val="19"/>
        </w:rPr>
        <w:t>= 0.</w:t>
      </w:r>
    </w:p>
    <w:p>
      <w:pPr>
        <w:spacing w:before="0" w:after="80" w:line="300" w:lineRule="auto"/>
        <w:jc w:val="left"/>
      </w:pPr>
      <w:r>
        <w:rPr>
          <w:rFonts w:ascii="Times New Roman" w:hAnsi="Times New Roman" w:eastAsia="宋体"/>
          <w:b w:val="0"/>
          <w:i w:val="0"/>
          <w:color w:val="333333"/>
          <w:sz w:val="19"/>
        </w:rPr>
        <w:t>The roots are -3/2 and 5, which sum to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文件总大小为 3(0.8)+12(0.7)+15(0.4) =16.8 兆字节。任何装有 0.8 兆字节文件的软盘，只能再放一个 0.4 兆字节文件，因为 0.8+0.7&gt; 1.44。因此每张这样的软盘至少浪费 0.24 兆字节，三张共至少浪费 0.72 兆字节，有效需求至少为 16.8+0.72=17.52 兆字节，所以至少需要 ⌈17.52/1.44⌉=13 张软盘。</w:t>
      </w:r>
    </w:p>
    <w:p>
      <w:pPr>
        <w:spacing w:before="0" w:after="80" w:line="300" w:lineRule="auto"/>
        <w:jc w:val="left"/>
      </w:pPr>
      <w:r>
        <w:rPr>
          <w:rFonts w:ascii="Times New Roman" w:hAnsi="Times New Roman" w:eastAsia="宋体"/>
          <w:b w:val="0"/>
          <w:i w:val="0"/>
          <w:sz w:val="21"/>
        </w:rPr>
        <w:t>这个数可以达到：3 张各放一个 0.8 兆字节文件和一个 0.4 兆字节文件；6 张各放两个 0.7 兆字节文件；4 张各放三个 0.4 兆字节文件。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files need 3(0.8)+12(0.7)+15(0.4) =16.8 mb. On any disk holding a 0.8 mb file, only one 0.4 mb file fits alongside it (since 0.8+0.7&gt; 1.44), leaving at least 0.24 mb wasted. Across the three such disks that is at least 0.72 mb, so the effective demand is at least 16.8+0.72=17.52 mb, requiring at least ⌈17.52/1.44⌉=13 disks.</w:t>
      </w:r>
    </w:p>
    <w:p>
      <w:pPr>
        <w:spacing w:before="0" w:after="80" w:line="300" w:lineRule="auto"/>
        <w:jc w:val="left"/>
      </w:pPr>
      <w:r>
        <w:rPr>
          <w:rFonts w:ascii="Times New Roman" w:hAnsi="Times New Roman" w:eastAsia="宋体"/>
          <w:b w:val="0"/>
          <w:i w:val="0"/>
          <w:color w:val="333333"/>
          <w:sz w:val="19"/>
        </w:rPr>
        <w:t>This is achievable: 3 disks each hold one 0.8 file and one 0.4 file, 6 disks each hold two 0.7 files, and 4 disks each hold three 0.4 files.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设准时所需时间为 t 小时。题中的 3 分钟等于 0.05 小时，所以 40(t+0.05)=60(t-0.05)。化简得 40t+2=60t-3，从而 t=0.25。</w:t>
      </w:r>
    </w:p>
    <w:p>
      <w:pPr>
        <w:spacing w:before="0" w:after="80" w:line="300" w:lineRule="auto"/>
        <w:jc w:val="left"/>
      </w:pPr>
      <w:r>
        <w:rPr>
          <w:rFonts w:ascii="Times New Roman" w:hAnsi="Times New Roman" w:eastAsia="宋体"/>
          <w:b w:val="0"/>
          <w:i w:val="0"/>
          <w:sz w:val="21"/>
        </w:rPr>
        <w:t>路程为 40(0.30)=12 英里，因此准时速度为 12/0.25=48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hours be the on-time travel time. Since 3 minutes is 0.05 hours, 40(t+0.05)=60(t-0.05). Then 40t+2=60t-3, so t=0.25.</w:t>
      </w:r>
    </w:p>
    <w:p>
      <w:pPr>
        <w:spacing w:before="0" w:after="80" w:line="300" w:lineRule="auto"/>
        <w:jc w:val="left"/>
      </w:pPr>
      <w:r>
        <w:rPr>
          <w:rFonts w:ascii="Times New Roman" w:hAnsi="Times New Roman" w:eastAsia="宋体"/>
          <w:b w:val="0"/>
          <w:i w:val="0"/>
          <w:color w:val="333333"/>
          <w:sz w:val="19"/>
        </w:rPr>
        <w:t>The distance is 40(0.30)=12 miles, so the required speed is 12/0.25=48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因为 15²+20²=225+400 =625=25²，这是一个直角三角形，两条直角边为 15 和 20，面积为 1/2(15)(20)=150。</w:t>
      </w:r>
    </w:p>
    <w:p>
      <w:pPr>
        <w:spacing w:before="0" w:after="80" w:line="300" w:lineRule="auto"/>
        <w:jc w:val="left"/>
      </w:pPr>
      <w:r>
        <w:rPr>
          <w:rFonts w:ascii="Times New Roman" w:hAnsi="Times New Roman" w:eastAsia="宋体"/>
          <w:b w:val="0"/>
          <w:i w:val="0"/>
          <w:sz w:val="21"/>
        </w:rPr>
        <w:t>最短高对应最长边 25，长度为 (2· 150)/25=12。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15²+20²=225+400 =625=25², the triangle is right with legs 15 and 20, and area 1/2(15)(20)=150.</w:t>
      </w:r>
    </w:p>
    <w:p>
      <w:pPr>
        <w:spacing w:before="0" w:after="80" w:line="300" w:lineRule="auto"/>
        <w:jc w:val="left"/>
      </w:pPr>
      <w:r>
        <w:rPr>
          <w:rFonts w:ascii="Times New Roman" w:hAnsi="Times New Roman" w:eastAsia="宋体"/>
          <w:b w:val="0"/>
          <w:i w:val="0"/>
          <w:color w:val="333333"/>
          <w:sz w:val="19"/>
        </w:rPr>
        <w:t>The shortest altitude falls to the longest side 25, and equals (2· 150)/25=12.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设两个质数根为 p、q，则 p+q=63，pq=k。因为 63 是奇数，其中一个质数必须是 2，从而另一个是 61，它也是质数。</w:t>
      </w:r>
    </w:p>
    <w:p>
      <w:pPr>
        <w:spacing w:before="0" w:after="80" w:line="300" w:lineRule="auto"/>
        <w:jc w:val="left"/>
      </w:pPr>
      <w:r>
        <w:rPr>
          <w:rFonts w:ascii="Times New Roman" w:hAnsi="Times New Roman" w:eastAsia="宋体"/>
          <w:b w:val="0"/>
          <w:i w:val="0"/>
          <w:sz w:val="21"/>
        </w:rPr>
        <w:t>因此 k=2· 61=122，所以只有这一个可能取值。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primes p and q, then p+q=63 and pq=k. Because 63 is odd, one prime must be 2, making the other 61, which is prime.</w:t>
      </w:r>
    </w:p>
    <w:p>
      <w:pPr>
        <w:spacing w:before="0" w:after="80" w:line="300" w:lineRule="auto"/>
        <w:jc w:val="left"/>
      </w:pPr>
      <w:r>
        <w:rPr>
          <w:rFonts w:ascii="Times New Roman" w:hAnsi="Times New Roman" w:eastAsia="宋体"/>
          <w:b w:val="0"/>
          <w:i w:val="0"/>
          <w:color w:val="333333"/>
          <w:sz w:val="19"/>
        </w:rPr>
        <w:t>So k=2· 61=122 is the only possible value.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两位质数不能以 2、4、5、6 结尾，所以这些数字必须是十位数字，而 1、3、7、9 是个位数字。</w:t>
      </w:r>
    </w:p>
    <w:p>
      <w:pPr>
        <w:spacing w:before="0" w:after="80" w:line="300" w:lineRule="auto"/>
        <w:jc w:val="left"/>
      </w:pPr>
      <w:r>
        <w:rPr>
          <w:rFonts w:ascii="Times New Roman" w:hAnsi="Times New Roman" w:eastAsia="宋体"/>
          <w:b w:val="0"/>
          <w:i w:val="0"/>
          <w:sz w:val="21"/>
        </w:rPr>
        <w:t>四个数的和为 10(2+4+5+6) +(1+3+7+9) =170+20=190。例如 {23,47,59,61} 是一组可行构造。</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two-digit prime cannot end in 2, 4, 5, or 6, so these four are the tens digits and 1, 3, 7, and 9 are the units digits.</w:t>
      </w:r>
    </w:p>
    <w:p>
      <w:pPr>
        <w:spacing w:before="0" w:after="80" w:line="300" w:lineRule="auto"/>
        <w:jc w:val="left"/>
      </w:pPr>
      <w:r>
        <w:rPr>
          <w:rFonts w:ascii="Times New Roman" w:hAnsi="Times New Roman" w:eastAsia="宋体"/>
          <w:b w:val="0"/>
          <w:i w:val="0"/>
          <w:color w:val="333333"/>
          <w:sz w:val="19"/>
        </w:rPr>
        <w:t>The sum is 10(2+4+5+6) +(1+3+7+9) =170+20=190. One valid set is {23,47,59,61}.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设公共值为 k。则 a=k-1，b=k-2，c=k-3，d=k-4，所以 a+b+c+d=4k-10。</w:t>
      </w:r>
    </w:p>
    <w:p>
      <w:pPr>
        <w:spacing w:before="0" w:after="80" w:line="300" w:lineRule="auto"/>
        <w:jc w:val="left"/>
      </w:pPr>
      <w:r>
        <w:rPr>
          <w:rFonts w:ascii="Times New Roman" w:hAnsi="Times New Roman" w:eastAsia="宋体"/>
          <w:b w:val="0"/>
          <w:i w:val="0"/>
          <w:sz w:val="21"/>
        </w:rPr>
        <w:t>因为 a+b+c+d+5=k，可得 4k-10+5=k，所以 3k=5，k=5/3。于是 a+b+c+d=k-5 =5/3-5=-10/3，这就是所求值。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value be k. Then a=k-1, b=k-2, c=k-3, d=k-4, so a+b+c+d=4k-10.</w:t>
      </w:r>
    </w:p>
    <w:p>
      <w:pPr>
        <w:spacing w:before="0" w:after="80" w:line="300" w:lineRule="auto"/>
        <w:jc w:val="left"/>
      </w:pPr>
      <w:r>
        <w:rPr>
          <w:rFonts w:ascii="Times New Roman" w:hAnsi="Times New Roman" w:eastAsia="宋体"/>
          <w:b w:val="0"/>
          <w:i w:val="0"/>
          <w:color w:val="333333"/>
          <w:sz w:val="19"/>
        </w:rPr>
        <w:t>Since a+b+c+d+5=k, we get 4k-10+5=k, so 3k=5 and k=5/3. Then a+b+c+d=k-5 =5/3-5=-10/3.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第一次转移 2 盎司咖啡后，第 1 杯有 2 盎司咖啡，第 2 杯有 2 盎司咖啡和 4 盎司奶油，共 6 盎司。</w:t>
      </w:r>
    </w:p>
    <w:p>
      <w:pPr>
        <w:spacing w:before="0" w:after="80" w:line="300" w:lineRule="auto"/>
        <w:jc w:val="left"/>
      </w:pPr>
      <w:r>
        <w:rPr>
          <w:rFonts w:ascii="Times New Roman" w:hAnsi="Times New Roman" w:eastAsia="宋体"/>
          <w:b w:val="0"/>
          <w:i w:val="0"/>
          <w:sz w:val="21"/>
        </w:rPr>
        <w:t>从第 2 杯倒回一半，即 3 盎司，其中含 1 盎司咖啡和 2 盎司奶油，留下第 1 杯有 3 盎司咖啡和 2 盎司奶油。奶油所占比例为 2/2+3=2/5。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transferring 2 oz of coffee, cup 1 has 2 oz coffee and cup 2 has 2 oz coffee plus 4 oz cream, a total of 6 oz.</w:t>
      </w:r>
    </w:p>
    <w:p>
      <w:pPr>
        <w:spacing w:before="0" w:after="80" w:line="300" w:lineRule="auto"/>
        <w:jc w:val="left"/>
      </w:pPr>
      <w:r>
        <w:rPr>
          <w:rFonts w:ascii="Times New Roman" w:hAnsi="Times New Roman" w:eastAsia="宋体"/>
          <w:b w:val="0"/>
          <w:i w:val="0"/>
          <w:color w:val="333333"/>
          <w:sz w:val="19"/>
        </w:rPr>
        <w:t>Transferring back half of cup 2 (that is 3 oz, consisting of 1 oz coffee and 2 oz cream) leaves cup 1 with 3 oz coffee and 2 oz cream. The fraction that is cream is 2/2+3=2/5.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8 个角上的骰子各露 3 个面，最小和为 1+2+3=6，贡献 8· 6=48。另外 12 个棱上骰子各露 2 个面，最小和为 1+2=3，贡献 12· 3=36。</w:t>
      </w:r>
    </w:p>
    <w:p>
      <w:pPr>
        <w:spacing w:before="0" w:after="80" w:line="300" w:lineRule="auto"/>
        <w:jc w:val="left"/>
      </w:pPr>
      <w:r>
        <w:rPr>
          <w:rFonts w:ascii="Times New Roman" w:hAnsi="Times New Roman" w:eastAsia="宋体"/>
          <w:b w:val="0"/>
          <w:i w:val="0"/>
          <w:sz w:val="21"/>
        </w:rPr>
        <w:t>6 个面中心骰子各露 1 个面，最小是 1，贡献 6；内部骰子贡献 0。总和为 48+36+6=90。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8 corner dice show 3 faces each, minimized at 1+2+3=6, contributing 8· 6=48. The 12 edge dice show 2 faces, minimized at 1+2=3, contributing 12· 3=36.</w:t>
      </w:r>
    </w:p>
    <w:p>
      <w:pPr>
        <w:spacing w:before="0" w:after="80" w:line="300" w:lineRule="auto"/>
        <w:jc w:val="left"/>
      </w:pPr>
      <w:r>
        <w:rPr>
          <w:rFonts w:ascii="Times New Roman" w:hAnsi="Times New Roman" w:eastAsia="宋体"/>
          <w:b w:val="0"/>
          <w:i w:val="0"/>
          <w:color w:val="333333"/>
          <w:sz w:val="19"/>
        </w:rPr>
        <w:t>The 6 face-center dice show 1 face, minimized at 1, contributing 6, and the hidden interior die contributes 0. The total is 48+36+6=90.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在拴点处，狗屋挡住了 120° 的内角，剩下半径为 2 的 240° 扇形，面积为 240/360π(2)²=8π/3。</w:t>
      </w:r>
    </w:p>
    <w:p>
      <w:pPr>
        <w:spacing w:before="0" w:after="80" w:line="300" w:lineRule="auto"/>
        <w:jc w:val="left"/>
      </w:pPr>
      <w:r>
        <w:rPr>
          <w:rFonts w:ascii="Times New Roman" w:hAnsi="Times New Roman" w:eastAsia="宋体"/>
          <w:b w:val="0"/>
          <w:i w:val="0"/>
          <w:sz w:val="21"/>
        </w:rPr>
        <w:t>绕过两个相邻顶点时，各剩 1 码绳长，每处扫过 60° 扇形，总面积为 2·60/360π(1)²=π/3。总面积为 8π/3+π/3=3π。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tether vertex the hexagon blocks its 120° interior angle, leaving a 240° sector of radius 2: area 240/360π(2)²=8π/3.</w:t>
      </w:r>
    </w:p>
    <w:p>
      <w:pPr>
        <w:spacing w:before="0" w:after="80" w:line="300" w:lineRule="auto"/>
        <w:jc w:val="left"/>
      </w:pPr>
      <w:r>
        <w:rPr>
          <w:rFonts w:ascii="Times New Roman" w:hAnsi="Times New Roman" w:eastAsia="宋体"/>
          <w:b w:val="0"/>
          <w:i w:val="0"/>
          <w:color w:val="333333"/>
          <w:sz w:val="19"/>
        </w:rPr>
        <w:t>Wrapping around each of the two adjacent vertices, 1 yard of rope remains and sweeps a 60° sector: 2·60/360π(1)²=π/3. The total is 8π/3+π/3=3π.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因为 HC∥ AG，所以 △ DHC∼△ DGA，于是 HC/AG=DC/DA=1/3，即 HC=AG/3。</w:t>
      </w:r>
    </w:p>
    <w:p>
      <w:pPr>
        <w:spacing w:before="0" w:after="80" w:line="300" w:lineRule="auto"/>
        <w:jc w:val="left"/>
      </w:pPr>
      <w:r>
        <w:rPr>
          <w:rFonts w:ascii="Times New Roman" w:hAnsi="Times New Roman" w:eastAsia="宋体"/>
          <w:b w:val="0"/>
          <w:i w:val="0"/>
          <w:sz w:val="21"/>
        </w:rPr>
        <w:t>因为 JE∥ AG，所以 △ FJE∼△ FGA，于是 JE/AG=FE/FA=1/5，即 JE=AG/5。</w:t>
      </w:r>
    </w:p>
    <w:p>
      <w:pPr>
        <w:spacing w:before="0" w:after="80" w:line="300" w:lineRule="auto"/>
        <w:jc w:val="left"/>
      </w:pPr>
      <w:r>
        <w:rPr>
          <w:rFonts w:ascii="Times New Roman" w:hAnsi="Times New Roman" w:eastAsia="宋体"/>
          <w:b w:val="0"/>
          <w:i w:val="0"/>
          <w:sz w:val="21"/>
        </w:rPr>
        <w:t>因此 HC/JE=(AG/3)/(AG/5)=5/3。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HC∥ AG, △ DHC∼△ DGA, so HC/AG=DC/DA=1/3, giving HC=AG/3.</w:t>
      </w:r>
    </w:p>
    <w:p>
      <w:pPr>
        <w:spacing w:before="0" w:after="80" w:line="300" w:lineRule="auto"/>
        <w:jc w:val="left"/>
      </w:pPr>
      <w:r>
        <w:rPr>
          <w:rFonts w:ascii="Times New Roman" w:hAnsi="Times New Roman" w:eastAsia="宋体"/>
          <w:b w:val="0"/>
          <w:i w:val="0"/>
          <w:color w:val="333333"/>
          <w:sz w:val="19"/>
        </w:rPr>
        <w:t>Since JE∥ AG, △ FJE∼△ FGA, so JE/AG=FE/FA=1/5, giving JE=AG/5.</w:t>
      </w:r>
    </w:p>
    <w:p>
      <w:pPr>
        <w:spacing w:before="0" w:after="80" w:line="300" w:lineRule="auto"/>
        <w:jc w:val="left"/>
      </w:pPr>
      <w:r>
        <w:rPr>
          <w:rFonts w:ascii="Times New Roman" w:hAnsi="Times New Roman" w:eastAsia="宋体"/>
          <w:b w:val="0"/>
          <w:i w:val="0"/>
          <w:color w:val="333333"/>
          <w:sz w:val="19"/>
        </w:rPr>
        <w:t>Therefore HC/JE=(AG/3)/(AG/5)=5/3.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八个整数的和是 8· 8=64。数列 6、6、6、8、8、8、8、14 的平均数、中位数、唯一众数和极差都等于 8，所以最大值 14 可以达到。</w:t>
      </w:r>
    </w:p>
    <w:p>
      <w:pPr>
        <w:spacing w:before="0" w:after="80" w:line="300" w:lineRule="auto"/>
        <w:jc w:val="left"/>
      </w:pPr>
      <w:r>
        <w:rPr>
          <w:rFonts w:ascii="Times New Roman" w:hAnsi="Times New Roman" w:eastAsia="宋体"/>
          <w:b w:val="0"/>
          <w:i w:val="0"/>
          <w:sz w:val="21"/>
        </w:rPr>
        <w:t>若最大值至少为 16，极差条件会使最小值至少为 8。平均数为 8 就会迫使八个整数全都等于 8，与极差条件矛盾。</w:t>
      </w:r>
    </w:p>
    <w:p>
      <w:pPr>
        <w:spacing w:before="0" w:after="80" w:line="300" w:lineRule="auto"/>
        <w:jc w:val="left"/>
      </w:pPr>
      <w:r>
        <w:rPr>
          <w:rFonts w:ascii="Times New Roman" w:hAnsi="Times New Roman" w:eastAsia="宋体"/>
          <w:b w:val="0"/>
          <w:i w:val="0"/>
          <w:sz w:val="21"/>
        </w:rPr>
        <w:t>若最大值为 15，极差 8 会使最小值为 7，所以八个整数都至少为 7。其余七个数的和是 64-15=49=7· 7，迫使它们全都等于 7。但这样中位数和众数会是 7，而不是 8，矛盾。</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8· 8=64. The collection 6, 6, 6, 8, 8, 8, 8, 14 has mean, median, unique mode, and range all equal to 8, so 14 is attainable.</w:t>
      </w:r>
    </w:p>
    <w:p>
      <w:pPr>
        <w:spacing w:before="0" w:after="80" w:line="300" w:lineRule="auto"/>
        <w:jc w:val="left"/>
      </w:pPr>
      <w:r>
        <w:rPr>
          <w:rFonts w:ascii="Times New Roman" w:hAnsi="Times New Roman" w:eastAsia="宋体"/>
          <w:b w:val="0"/>
          <w:i w:val="0"/>
          <w:color w:val="333333"/>
          <w:sz w:val="19"/>
        </w:rPr>
        <w:t>If the largest were at least 16, the range condition would make the smallest at least 8. A mean of 8 would then force all eight integers to equal 8, contradicting the range.</w:t>
      </w:r>
    </w:p>
    <w:p>
      <w:pPr>
        <w:spacing w:before="0" w:after="80" w:line="300" w:lineRule="auto"/>
        <w:jc w:val="left"/>
      </w:pPr>
      <w:r>
        <w:rPr>
          <w:rFonts w:ascii="Times New Roman" w:hAnsi="Times New Roman" w:eastAsia="宋体"/>
          <w:b w:val="0"/>
          <w:i w:val="0"/>
          <w:color w:val="333333"/>
          <w:sz w:val="19"/>
        </w:rPr>
        <w:t>If the largest were 15, the range 8 forces the smallest to be 7, so all eight integers are at least 7. The other seven then sum to 64-15=49=7· 7, forcing every one of them to equal 7. But then the median and mode would be 7, not 8, a contradiction.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从 n² 块瓷砖开始，一次操作会移除 n 个完全平方编号，剩 n²-n 块。下一次操作会移除 n-1 个完全平方编号，剩 n²-n-(n-1)=(n-1)² 块。</w:t>
      </w:r>
    </w:p>
    <w:p>
      <w:pPr>
        <w:spacing w:before="0" w:after="80" w:line="300" w:lineRule="auto"/>
        <w:jc w:val="left"/>
      </w:pPr>
      <w:r>
        <w:rPr>
          <w:rFonts w:ascii="Times New Roman" w:hAnsi="Times New Roman" w:eastAsia="宋体"/>
          <w:b w:val="0"/>
          <w:i w:val="0"/>
          <w:sz w:val="21"/>
        </w:rPr>
        <w:t>因此每两次操作会把 n² 减到 (n-1)²。从 10²=100 减到 1²=1，需要 2(10-1)=18 次操作。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n² tiles, one operation removes the n perfect squares, leaving n²-n. The next operation removes n-1 perfect squares, leaving n²-n-(n-1)=(n-1)².</w:t>
      </w:r>
    </w:p>
    <w:p>
      <w:pPr>
        <w:spacing w:before="0" w:after="80" w:line="300" w:lineRule="auto"/>
        <w:jc w:val="left"/>
      </w:pPr>
      <w:r>
        <w:rPr>
          <w:rFonts w:ascii="Times New Roman" w:hAnsi="Times New Roman" w:eastAsia="宋体"/>
          <w:b w:val="0"/>
          <w:i w:val="0"/>
          <w:color w:val="333333"/>
          <w:sz w:val="19"/>
        </w:rPr>
        <w:t>So every two operations reduce n² to (n-1)². Going from 10²=100 down to 1²=1 takes 2(10-1)=18 operations.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M 是 BC 的中点。因为 BE=CE，所以 EM⊥ BC，且 EM=√(10²-6²)=8。由对称性 AE=ED；设 AB=CD=x、AE=ED=y。</w:t>
      </w:r>
    </w:p>
    <w:p>
      <w:pPr>
        <w:spacing w:before="0" w:after="80" w:line="300" w:lineRule="auto"/>
        <w:jc w:val="left"/>
      </w:pPr>
      <w:r>
        <w:rPr>
          <w:rFonts w:ascii="Times New Roman" w:hAnsi="Times New Roman" w:eastAsia="宋体"/>
          <w:b w:val="0"/>
          <w:i w:val="0"/>
          <w:sz w:val="21"/>
        </w:rPr>
        <w:t>由周长条件，2y+(2x+12) =2(10+10+12)=64，所以 x+y=26。勾股定理又给出 y²=EM²+(x+6)² =64+(x+6)²。</w:t>
      </w:r>
    </w:p>
    <w:p>
      <w:pPr>
        <w:spacing w:before="0" w:after="80" w:line="300" w:lineRule="auto"/>
        <w:jc w:val="left"/>
      </w:pPr>
      <w:r>
        <w:rPr>
          <w:rFonts w:ascii="Times New Roman" w:hAnsi="Times New Roman" w:eastAsia="宋体"/>
          <w:b w:val="0"/>
          <w:i w:val="0"/>
          <w:sz w:val="21"/>
        </w:rPr>
        <w:t>代入 y=26-x，得到 (26-x)²=64+(x+6)²，即 676-52x=100+12x，所以 64x=576，从而 x=9。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midpoint of BC. Since BE=CE, EM⊥ BC and EM=√(10²-6²)=8. By symmetry AE=ED; write AB=CD=x and AE=ED=y.</w:t>
      </w:r>
    </w:p>
    <w:p>
      <w:pPr>
        <w:spacing w:before="0" w:after="80" w:line="300" w:lineRule="auto"/>
        <w:jc w:val="left"/>
      </w:pPr>
      <w:r>
        <w:rPr>
          <w:rFonts w:ascii="Times New Roman" w:hAnsi="Times New Roman" w:eastAsia="宋体"/>
          <w:b w:val="0"/>
          <w:i w:val="0"/>
          <w:color w:val="333333"/>
          <w:sz w:val="19"/>
        </w:rPr>
        <w:t>The perimeter condition gives 2y+(2x+12) =2(10+10+12)=64, so x+y=26. Also y²=EM²+(x+6)² =64+(x+6)².</w:t>
      </w:r>
    </w:p>
    <w:p>
      <w:pPr>
        <w:spacing w:before="0" w:after="80" w:line="300" w:lineRule="auto"/>
        <w:jc w:val="left"/>
      </w:pPr>
      <w:r>
        <w:rPr>
          <w:rFonts w:ascii="Times New Roman" w:hAnsi="Times New Roman" w:eastAsia="宋体"/>
          <w:b w:val="0"/>
          <w:i w:val="0"/>
          <w:color w:val="333333"/>
          <w:sz w:val="19"/>
        </w:rPr>
        <w:t>Substituting y=26-x, (26-x)²=64+(x+6)², which simplifies to 676-52x=100+12x, so 64x=576 and x=9.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Tina 的 10 个等可能数对给出的和为 3、4、5、5、6、6、7、7、8、9。若和为 s，Sergio 的数大于它的概率是 10-s/10。</w:t>
      </w:r>
    </w:p>
    <w:p>
      <w:pPr>
        <w:spacing w:before="0" w:after="80" w:line="300" w:lineRule="auto"/>
        <w:jc w:val="left"/>
      </w:pPr>
      <w:r>
        <w:rPr>
          <w:rFonts w:ascii="Times New Roman" w:hAnsi="Times New Roman" w:eastAsia="宋体"/>
          <w:b w:val="0"/>
          <w:i w:val="0"/>
          <w:sz w:val="21"/>
        </w:rPr>
        <w:t>对十个数对取平均，成功概率为 small7+6+5+5+4+4+3+3+2+1/100 =40/100=2/5。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Tina’s 10 equally likely pairs give sums 3, 4, 5, 5, 6, 6, 7, 7, 8, and 9. For a sum s, Sergio’s number exceeds it with probability 10-s/10.</w:t>
      </w:r>
    </w:p>
    <w:p>
      <w:pPr>
        <w:spacing w:before="0" w:after="80" w:line="300" w:lineRule="auto"/>
        <w:jc w:val="left"/>
      </w:pPr>
      <w:r>
        <w:rPr>
          <w:rFonts w:ascii="Times New Roman" w:hAnsi="Times New Roman" w:eastAsia="宋体"/>
          <w:b w:val="0"/>
          <w:i w:val="0"/>
          <w:color w:val="333333"/>
          <w:sz w:val="19"/>
        </w:rPr>
        <w:t>Averaging the winning probability over the ten pairs, the total is small7+6+5+5+4+4+3+3+2+1/100 =40/100=2/5.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延长 DA 和 CB，交于 P。因为 DC∥ AB，所以 △ PDC∼△ PAB，相似比为 39/52=3/4。于是 PD/PD+5=3/4，得 PD=15，同理 PC=36。</w:t>
      </w:r>
    </w:p>
    <w:p>
      <w:pPr>
        <w:spacing w:before="0" w:after="80" w:line="300" w:lineRule="auto"/>
        <w:jc w:val="left"/>
      </w:pPr>
      <w:r>
        <w:rPr>
          <w:rFonts w:ascii="Times New Roman" w:hAnsi="Times New Roman" w:eastAsia="宋体"/>
          <w:b w:val="0"/>
          <w:i w:val="0"/>
          <w:sz w:val="21"/>
        </w:rPr>
        <w:t>于是 PD:PC:DC=15:36:39 =3·(5:12:13)，所以 ∠ P 是直角。梯形 ABCD 的面积为</w:t>
      </w:r>
    </w:p>
    <w:p>
      <w:pPr>
        <w:spacing w:before="0" w:after="80" w:line="300" w:lineRule="auto"/>
        <w:jc w:val="left"/>
      </w:pPr>
      <w:r>
        <w:rPr>
          <w:rFonts w:ascii="Times New Roman" w:hAnsi="Times New Roman" w:eastAsia="宋体"/>
          <w:b w:val="0"/>
          <w:i w:val="0"/>
          <w:sz w:val="21"/>
        </w:rPr>
        <w:t>1/2(PA)(PB)</w:t>
      </w:r>
    </w:p>
    <w:p>
      <w:pPr>
        <w:spacing w:before="0" w:after="80" w:line="300" w:lineRule="auto"/>
        <w:jc w:val="left"/>
      </w:pPr>
      <w:r>
        <w:rPr>
          <w:rFonts w:ascii="Times New Roman" w:hAnsi="Times New Roman" w:eastAsia="宋体"/>
          <w:b w:val="0"/>
          <w:i w:val="0"/>
          <w:sz w:val="21"/>
        </w:rPr>
        <w:t>-1/2(PD)(PC)</w:t>
      </w:r>
    </w:p>
    <w:p>
      <w:pPr>
        <w:spacing w:before="0" w:after="80" w:line="300" w:lineRule="auto"/>
        <w:jc w:val="left"/>
      </w:pPr>
      <w:r>
        <w:rPr>
          <w:rFonts w:ascii="Times New Roman" w:hAnsi="Times New Roman" w:eastAsia="宋体"/>
          <w:b w:val="0"/>
          <w:i w:val="0"/>
          <w:sz w:val="21"/>
        </w:rPr>
        <w:t>= 1/2(20)(48)</w:t>
      </w:r>
    </w:p>
    <w:p>
      <w:pPr>
        <w:spacing w:before="0" w:after="80" w:line="300" w:lineRule="auto"/>
        <w:jc w:val="left"/>
      </w:pPr>
      <w:r>
        <w:rPr>
          <w:rFonts w:ascii="Times New Roman" w:hAnsi="Times New Roman" w:eastAsia="宋体"/>
          <w:b w:val="0"/>
          <w:i w:val="0"/>
          <w:sz w:val="21"/>
        </w:rPr>
        <w:t>-1/2(15)(36)</w:t>
      </w:r>
    </w:p>
    <w:p>
      <w:pPr>
        <w:spacing w:before="0" w:after="80" w:line="300" w:lineRule="auto"/>
        <w:jc w:val="left"/>
      </w:pPr>
      <w:r>
        <w:rPr>
          <w:rFonts w:ascii="Times New Roman" w:hAnsi="Times New Roman" w:eastAsia="宋体"/>
          <w:b w:val="0"/>
          <w:i w:val="0"/>
          <w:sz w:val="21"/>
        </w:rPr>
        <w:t>= 480-270=210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DA and CB to meet at P. Since DC∥ AB, △ PDC∼△ PAB with ratio 39/52=3/4. From PD/PD+5=3/4 we get PD=15, and similarly PC=36.</w:t>
      </w:r>
    </w:p>
    <w:p>
      <w:pPr>
        <w:spacing w:before="0" w:after="80" w:line="300" w:lineRule="auto"/>
        <w:jc w:val="left"/>
      </w:pPr>
      <w:r>
        <w:rPr>
          <w:rFonts w:ascii="Times New Roman" w:hAnsi="Times New Roman" w:eastAsia="宋体"/>
          <w:b w:val="0"/>
          <w:i w:val="0"/>
          <w:color w:val="333333"/>
          <w:sz w:val="19"/>
        </w:rPr>
        <w:t>Then PD:PC:DC=15:36:39 =3·(5:12:13), so ∠ P is a right angle. The area of ABCD is</w:t>
      </w:r>
    </w:p>
    <w:p>
      <w:pPr>
        <w:spacing w:before="0" w:after="80" w:line="300" w:lineRule="auto"/>
        <w:jc w:val="left"/>
      </w:pPr>
      <w:r>
        <w:rPr>
          <w:rFonts w:ascii="Times New Roman" w:hAnsi="Times New Roman" w:eastAsia="宋体"/>
          <w:b w:val="0"/>
          <w:i w:val="0"/>
          <w:color w:val="333333"/>
          <w:sz w:val="19"/>
        </w:rPr>
        <w:t>1/2(PA)(PB)</w:t>
      </w:r>
    </w:p>
    <w:p>
      <w:pPr>
        <w:spacing w:before="0" w:after="80" w:line="300" w:lineRule="auto"/>
        <w:jc w:val="left"/>
      </w:pPr>
      <w:r>
        <w:rPr>
          <w:rFonts w:ascii="Times New Roman" w:hAnsi="Times New Roman" w:eastAsia="宋体"/>
          <w:b w:val="0"/>
          <w:i w:val="0"/>
          <w:color w:val="333333"/>
          <w:sz w:val="19"/>
        </w:rPr>
        <w:t>-1/2(PD)(PC)</w:t>
      </w:r>
    </w:p>
    <w:p>
      <w:pPr>
        <w:spacing w:before="0" w:after="80" w:line="300" w:lineRule="auto"/>
        <w:jc w:val="left"/>
      </w:pPr>
      <w:r>
        <w:rPr>
          <w:rFonts w:ascii="Times New Roman" w:hAnsi="Times New Roman" w:eastAsia="宋体"/>
          <w:b w:val="0"/>
          <w:i w:val="0"/>
          <w:color w:val="333333"/>
          <w:sz w:val="19"/>
        </w:rPr>
        <w:t>= 1/2(20)(48)</w:t>
      </w:r>
    </w:p>
    <w:p>
      <w:pPr>
        <w:spacing w:before="0" w:after="80" w:line="300" w:lineRule="auto"/>
        <w:jc w:val="left"/>
      </w:pPr>
      <w:r>
        <w:rPr>
          <w:rFonts w:ascii="Times New Roman" w:hAnsi="Times New Roman" w:eastAsia="宋体"/>
          <w:b w:val="0"/>
          <w:i w:val="0"/>
          <w:color w:val="333333"/>
          <w:sz w:val="19"/>
        </w:rPr>
        <w:t>-1/2(15)(36)</w:t>
      </w:r>
    </w:p>
    <w:p>
      <w:pPr>
        <w:spacing w:before="0" w:after="80" w:line="300" w:lineRule="auto"/>
        <w:jc w:val="left"/>
      </w:pPr>
      <w:r>
        <w:rPr>
          <w:rFonts w:ascii="Times New Roman" w:hAnsi="Times New Roman" w:eastAsia="宋体"/>
          <w:b w:val="0"/>
          <w:i w:val="0"/>
          <w:color w:val="333333"/>
          <w:sz w:val="19"/>
        </w:rPr>
        <w:t>= 480-270=210.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